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A2392" w14:textId="77777777" w:rsidR="00B259B7" w:rsidRPr="00D011D5" w:rsidRDefault="00F5440E" w:rsidP="00D011D5">
      <w:pPr>
        <w:tabs>
          <w:tab w:val="left" w:pos="4260"/>
          <w:tab w:val="right" w:pos="9746"/>
        </w:tabs>
        <w:spacing w:after="0" w:line="240" w:lineRule="auto"/>
        <w:ind w:left="5529"/>
        <w:jc w:val="both"/>
        <w:rPr>
          <w:rFonts w:ascii="Verdana" w:hAnsi="Verdana"/>
          <w:sz w:val="24"/>
          <w:szCs w:val="24"/>
          <w:lang w:val="lt-LT"/>
        </w:rPr>
      </w:pPr>
      <w:r w:rsidRPr="00D011D5">
        <w:rPr>
          <w:rFonts w:ascii="Verdana" w:hAnsi="Verdana"/>
          <w:sz w:val="24"/>
          <w:szCs w:val="24"/>
          <w:lang w:val="lt-LT"/>
        </w:rPr>
        <w:t>PATVIRTINTA</w:t>
      </w:r>
    </w:p>
    <w:p w14:paraId="57436165" w14:textId="091DC516" w:rsidR="00B259B7" w:rsidRPr="00D23FB6" w:rsidRDefault="00F5440E" w:rsidP="00D011D5">
      <w:pPr>
        <w:tabs>
          <w:tab w:val="left" w:pos="8931"/>
        </w:tabs>
        <w:spacing w:after="0" w:line="240" w:lineRule="auto"/>
        <w:ind w:left="5529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Marijampolės Sūduvos gimnazijos direktoriaus</w:t>
      </w:r>
      <w:r w:rsidR="008D5753" w:rsidRPr="00D23FB6">
        <w:rPr>
          <w:rFonts w:ascii="Verdana" w:hAnsi="Verdana"/>
          <w:sz w:val="24"/>
          <w:szCs w:val="24"/>
          <w:lang w:val="lt-LT"/>
        </w:rPr>
        <w:t xml:space="preserve"> </w:t>
      </w:r>
      <w:r w:rsidRPr="00D23FB6">
        <w:rPr>
          <w:rFonts w:ascii="Verdana" w:hAnsi="Verdana"/>
          <w:sz w:val="24"/>
          <w:szCs w:val="24"/>
          <w:lang w:val="lt-LT"/>
        </w:rPr>
        <w:t>2026 m.</w:t>
      </w:r>
      <w:r w:rsidR="00EA2B3D">
        <w:rPr>
          <w:rFonts w:ascii="Verdana" w:hAnsi="Verdana"/>
          <w:sz w:val="24"/>
          <w:szCs w:val="24"/>
          <w:lang w:val="lt-LT"/>
        </w:rPr>
        <w:t xml:space="preserve"> sausio </w:t>
      </w:r>
      <w:r w:rsidRPr="00D23FB6">
        <w:rPr>
          <w:rFonts w:ascii="Verdana" w:hAnsi="Verdana"/>
          <w:sz w:val="24"/>
          <w:szCs w:val="24"/>
          <w:lang w:val="lt-LT"/>
        </w:rPr>
        <w:t>d. įsakymu Nr.</w:t>
      </w:r>
      <w:r w:rsidR="00EA2B3D">
        <w:rPr>
          <w:rFonts w:ascii="Verdana" w:hAnsi="Verdana"/>
          <w:sz w:val="24"/>
          <w:szCs w:val="24"/>
          <w:lang w:val="lt-LT"/>
        </w:rPr>
        <w:t xml:space="preserve"> V-</w:t>
      </w:r>
    </w:p>
    <w:p w14:paraId="4EFC32DC" w14:textId="77777777" w:rsidR="00B259B7" w:rsidRPr="00D23FB6" w:rsidRDefault="00B259B7" w:rsidP="00D011D5">
      <w:pPr>
        <w:spacing w:after="0" w:line="240" w:lineRule="auto"/>
        <w:ind w:firstLine="851"/>
        <w:jc w:val="both"/>
        <w:rPr>
          <w:rFonts w:ascii="Verdana" w:hAnsi="Verdana"/>
          <w:sz w:val="24"/>
          <w:szCs w:val="24"/>
          <w:lang w:val="lt-LT"/>
        </w:rPr>
      </w:pPr>
    </w:p>
    <w:p w14:paraId="63271C7E" w14:textId="44D2BC5D" w:rsidR="00EA2B3D" w:rsidRPr="00765B6F" w:rsidRDefault="00F5440E" w:rsidP="00765B6F">
      <w:pPr>
        <w:spacing w:after="0" w:line="240" w:lineRule="auto"/>
        <w:jc w:val="center"/>
        <w:rPr>
          <w:rFonts w:ascii="Verdana" w:hAnsi="Verdana"/>
          <w:b/>
          <w:sz w:val="24"/>
          <w:szCs w:val="24"/>
          <w:lang w:val="lt-LT"/>
        </w:rPr>
      </w:pPr>
      <w:r w:rsidRPr="00765B6F">
        <w:rPr>
          <w:rFonts w:ascii="Verdana" w:hAnsi="Verdana"/>
          <w:b/>
          <w:sz w:val="24"/>
          <w:szCs w:val="24"/>
          <w:lang w:val="lt-LT"/>
        </w:rPr>
        <w:t xml:space="preserve">MARIJAMPOLĖS </w:t>
      </w:r>
      <w:r w:rsidR="008F7464" w:rsidRPr="00765B6F">
        <w:rPr>
          <w:rFonts w:ascii="Verdana" w:hAnsi="Verdana"/>
          <w:b/>
          <w:sz w:val="24"/>
          <w:szCs w:val="24"/>
          <w:lang w:val="lt-LT"/>
        </w:rPr>
        <w:t>SAVIVALDYBĖS</w:t>
      </w:r>
      <w:r w:rsidRPr="00765B6F">
        <w:rPr>
          <w:rFonts w:ascii="Verdana" w:hAnsi="Verdana"/>
          <w:b/>
          <w:sz w:val="24"/>
          <w:szCs w:val="24"/>
          <w:lang w:val="lt-LT"/>
        </w:rPr>
        <w:t xml:space="preserve"> </w:t>
      </w:r>
      <w:r w:rsidR="001F49F8" w:rsidRPr="00765B6F">
        <w:rPr>
          <w:rFonts w:ascii="Verdana" w:hAnsi="Verdana"/>
          <w:b/>
          <w:sz w:val="24"/>
          <w:szCs w:val="24"/>
          <w:lang w:val="lt-LT"/>
        </w:rPr>
        <w:t>9</w:t>
      </w:r>
      <w:r w:rsidRPr="00765B6F">
        <w:rPr>
          <w:rFonts w:ascii="Verdana" w:hAnsi="Verdana"/>
          <w:b/>
          <w:sz w:val="24"/>
          <w:szCs w:val="24"/>
          <w:lang w:val="lt-LT"/>
        </w:rPr>
        <w:t>–12</w:t>
      </w:r>
      <w:r w:rsidR="00C63F6E" w:rsidRPr="00765B6F">
        <w:rPr>
          <w:rFonts w:ascii="Verdana" w:hAnsi="Verdana"/>
          <w:b/>
          <w:sz w:val="24"/>
          <w:szCs w:val="24"/>
          <w:lang w:val="lt-LT"/>
        </w:rPr>
        <w:t xml:space="preserve"> (I-IV GIMNAZIJOS)</w:t>
      </w:r>
      <w:r w:rsidRPr="00765B6F">
        <w:rPr>
          <w:rFonts w:ascii="Verdana" w:hAnsi="Verdana"/>
          <w:b/>
          <w:sz w:val="24"/>
          <w:szCs w:val="24"/>
          <w:lang w:val="lt-LT"/>
        </w:rPr>
        <w:t xml:space="preserve"> KLASIŲ MOKINIŲ INICIATYVOS</w:t>
      </w:r>
      <w:r w:rsidR="008D5753" w:rsidRPr="00765B6F">
        <w:rPr>
          <w:rFonts w:ascii="Verdana" w:hAnsi="Verdana"/>
          <w:b/>
          <w:sz w:val="24"/>
          <w:szCs w:val="24"/>
          <w:lang w:val="lt-LT"/>
        </w:rPr>
        <w:t xml:space="preserve"> </w:t>
      </w:r>
      <w:r w:rsidRPr="00765B6F">
        <w:rPr>
          <w:rFonts w:ascii="Verdana" w:hAnsi="Verdana"/>
          <w:b/>
          <w:sz w:val="24"/>
          <w:szCs w:val="24"/>
          <w:lang w:val="lt-LT"/>
        </w:rPr>
        <w:t>„E-SAUGUMO LYGA“ NUOSTATAI</w:t>
      </w:r>
    </w:p>
    <w:p w14:paraId="4D72DE45" w14:textId="77777777" w:rsidR="00EA2B3D" w:rsidRPr="00765B6F" w:rsidRDefault="00EA2B3D" w:rsidP="00EA2B3D">
      <w:pPr>
        <w:spacing w:after="0" w:line="240" w:lineRule="auto"/>
        <w:jc w:val="center"/>
        <w:rPr>
          <w:lang w:val="lt-LT"/>
        </w:rPr>
      </w:pPr>
    </w:p>
    <w:p w14:paraId="1809F851" w14:textId="77777777" w:rsidR="00EA2B3D" w:rsidRPr="00765B6F" w:rsidRDefault="00F5440E" w:rsidP="00EA2B3D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lt-LT"/>
        </w:rPr>
      </w:pPr>
      <w:r w:rsidRPr="00765B6F">
        <w:rPr>
          <w:rFonts w:ascii="Verdana" w:hAnsi="Verdana"/>
          <w:b/>
          <w:bCs/>
          <w:sz w:val="24"/>
          <w:szCs w:val="24"/>
          <w:lang w:val="lt-LT"/>
        </w:rPr>
        <w:t xml:space="preserve">I SKYRIUS. </w:t>
      </w:r>
    </w:p>
    <w:p w14:paraId="2DFFD53D" w14:textId="5187E7B5" w:rsidR="00B259B7" w:rsidRPr="00765B6F" w:rsidRDefault="00F5440E" w:rsidP="00EA2B3D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lt-LT"/>
        </w:rPr>
      </w:pPr>
      <w:r w:rsidRPr="00765B6F">
        <w:rPr>
          <w:rFonts w:ascii="Verdana" w:hAnsi="Verdana"/>
          <w:b/>
          <w:bCs/>
          <w:sz w:val="24"/>
          <w:szCs w:val="24"/>
          <w:lang w:val="lt-LT"/>
        </w:rPr>
        <w:t>BENDROSIOS NUOSTATOS</w:t>
      </w:r>
    </w:p>
    <w:p w14:paraId="65D0F201" w14:textId="77777777" w:rsidR="00EA2B3D" w:rsidRPr="00765B6F" w:rsidRDefault="00EA2B3D" w:rsidP="00EA2B3D">
      <w:pPr>
        <w:spacing w:after="0" w:line="240" w:lineRule="auto"/>
        <w:jc w:val="center"/>
        <w:rPr>
          <w:rFonts w:ascii="Verdana" w:hAnsi="Verdana"/>
          <w:b/>
          <w:bCs/>
          <w:sz w:val="28"/>
          <w:szCs w:val="28"/>
          <w:lang w:val="lt-LT"/>
        </w:rPr>
      </w:pPr>
    </w:p>
    <w:p w14:paraId="4AA458DB" w14:textId="11CBF7DA" w:rsidR="00B259B7" w:rsidRPr="00D23FB6" w:rsidRDefault="00F5440E" w:rsidP="00D011D5">
      <w:pPr>
        <w:pStyle w:val="Sraopastraip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765B6F">
        <w:rPr>
          <w:rFonts w:ascii="Verdana" w:hAnsi="Verdana"/>
          <w:sz w:val="24"/>
          <w:szCs w:val="24"/>
          <w:lang w:val="lt-LT"/>
        </w:rPr>
        <w:t xml:space="preserve">Nuostatai reglamentuoja </w:t>
      </w:r>
      <w:bookmarkStart w:id="0" w:name="_Hlk219362753"/>
      <w:r w:rsidRPr="00765B6F">
        <w:rPr>
          <w:rFonts w:ascii="Verdana" w:hAnsi="Verdana"/>
          <w:sz w:val="24"/>
          <w:szCs w:val="24"/>
          <w:lang w:val="lt-LT"/>
        </w:rPr>
        <w:t xml:space="preserve">Marijampolės </w:t>
      </w:r>
      <w:r w:rsidR="00C63F6E" w:rsidRPr="00765B6F">
        <w:rPr>
          <w:rFonts w:ascii="Verdana" w:hAnsi="Verdana"/>
          <w:sz w:val="24"/>
          <w:szCs w:val="24"/>
          <w:lang w:val="lt-LT"/>
        </w:rPr>
        <w:t>savivaldybės</w:t>
      </w:r>
      <w:r w:rsidRPr="00765B6F">
        <w:rPr>
          <w:rFonts w:ascii="Verdana" w:hAnsi="Verdana"/>
          <w:sz w:val="24"/>
          <w:szCs w:val="24"/>
          <w:lang w:val="lt-LT"/>
        </w:rPr>
        <w:t xml:space="preserve"> ugdymo įstaigų </w:t>
      </w:r>
      <w:r w:rsidR="001F49F8" w:rsidRPr="00765B6F">
        <w:rPr>
          <w:rFonts w:ascii="Verdana" w:hAnsi="Verdana"/>
          <w:sz w:val="24"/>
          <w:szCs w:val="24"/>
          <w:lang w:val="lt-LT"/>
        </w:rPr>
        <w:t>9</w:t>
      </w:r>
      <w:r w:rsidRPr="00765B6F">
        <w:rPr>
          <w:rFonts w:ascii="Verdana" w:hAnsi="Verdana"/>
          <w:sz w:val="24"/>
          <w:szCs w:val="24"/>
          <w:lang w:val="lt-LT"/>
        </w:rPr>
        <w:t>–12</w:t>
      </w:r>
      <w:r w:rsidR="00765B6F" w:rsidRPr="00765B6F">
        <w:rPr>
          <w:rFonts w:ascii="Verdana" w:hAnsi="Verdana"/>
          <w:sz w:val="24"/>
          <w:szCs w:val="24"/>
          <w:lang w:val="lt-LT"/>
        </w:rPr>
        <w:t xml:space="preserve">(I-IV </w:t>
      </w:r>
      <w:r w:rsidR="00765B6F" w:rsidRPr="00765B6F">
        <w:rPr>
          <w:rFonts w:ascii="Verdana" w:hAnsi="Verdana"/>
          <w:sz w:val="24"/>
          <w:szCs w:val="24"/>
          <w:lang w:val="lt-LT"/>
        </w:rPr>
        <w:t>gimnazijos)</w:t>
      </w:r>
      <w:r w:rsidR="00765B6F">
        <w:rPr>
          <w:rFonts w:ascii="Verdana" w:hAnsi="Verdana"/>
          <w:b/>
          <w:sz w:val="24"/>
          <w:szCs w:val="24"/>
          <w:lang w:val="lt-LT"/>
        </w:rPr>
        <w:t xml:space="preserve"> </w:t>
      </w:r>
      <w:bookmarkStart w:id="1" w:name="_GoBack"/>
      <w:bookmarkEnd w:id="1"/>
      <w:r w:rsidRPr="00D23FB6">
        <w:rPr>
          <w:rFonts w:ascii="Verdana" w:hAnsi="Verdana"/>
          <w:sz w:val="24"/>
          <w:szCs w:val="24"/>
          <w:lang w:val="lt-LT"/>
        </w:rPr>
        <w:t xml:space="preserve">klasių mokinių iniciatyvos „E-saugumo lyga“ </w:t>
      </w:r>
      <w:bookmarkEnd w:id="0"/>
      <w:r w:rsidRPr="00D23FB6">
        <w:rPr>
          <w:rFonts w:ascii="Verdana" w:hAnsi="Verdana"/>
          <w:sz w:val="24"/>
          <w:szCs w:val="24"/>
          <w:lang w:val="lt-LT"/>
        </w:rPr>
        <w:t>(toliau – Iniciatyva) tikslus, uždavinius, organizavimo tvarką, dalyvavimo sąlygas, vertinimą ir baigiamąsias nuostatas.</w:t>
      </w:r>
    </w:p>
    <w:p w14:paraId="1DF19F47" w14:textId="77777777" w:rsidR="00B259B7" w:rsidRPr="00D23FB6" w:rsidRDefault="00F5440E" w:rsidP="00D011D5">
      <w:pPr>
        <w:pStyle w:val="Sraopastraip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Iniciatyvos organizatorius – Marijampolės Sūduvos gimnazija.</w:t>
      </w:r>
    </w:p>
    <w:p w14:paraId="597838D7" w14:textId="77777777" w:rsidR="00D23FB6" w:rsidRPr="00D23FB6" w:rsidRDefault="00F5440E" w:rsidP="00D011D5">
      <w:pPr>
        <w:pStyle w:val="Sraopastraip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Iniciatyvos koordinatorius – socialinė pedagogė Rasa Edita </w:t>
      </w:r>
      <w:proofErr w:type="spellStart"/>
      <w:r w:rsidRPr="00D23FB6">
        <w:rPr>
          <w:rFonts w:ascii="Verdana" w:hAnsi="Verdana"/>
          <w:sz w:val="24"/>
          <w:szCs w:val="24"/>
          <w:lang w:val="lt-LT"/>
        </w:rPr>
        <w:t>Kubilė</w:t>
      </w:r>
      <w:proofErr w:type="spellEnd"/>
      <w:r w:rsidRPr="00D23FB6">
        <w:rPr>
          <w:rFonts w:ascii="Verdana" w:hAnsi="Verdana"/>
          <w:sz w:val="24"/>
          <w:szCs w:val="24"/>
          <w:lang w:val="lt-LT"/>
        </w:rPr>
        <w:t xml:space="preserve"> (toliau – K</w:t>
      </w:r>
      <w:r w:rsidR="008D5753" w:rsidRPr="00D23FB6">
        <w:rPr>
          <w:rFonts w:ascii="Verdana" w:hAnsi="Verdana"/>
          <w:sz w:val="24"/>
          <w:szCs w:val="24"/>
          <w:lang w:val="lt-LT"/>
        </w:rPr>
        <w:t>oordinatorius</w:t>
      </w:r>
      <w:r w:rsidRPr="00D23FB6">
        <w:rPr>
          <w:rFonts w:ascii="Verdana" w:hAnsi="Verdana"/>
          <w:sz w:val="24"/>
          <w:szCs w:val="24"/>
          <w:lang w:val="lt-LT"/>
        </w:rPr>
        <w:t>)</w:t>
      </w:r>
    </w:p>
    <w:p w14:paraId="742965F8" w14:textId="77777777" w:rsidR="00B259B7" w:rsidRPr="00D23FB6" w:rsidRDefault="00D23FB6" w:rsidP="00D011D5">
      <w:pPr>
        <w:pStyle w:val="Sraopastraip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Iniciatyvos kuratorius – specialioji pedagogė Loreta </w:t>
      </w:r>
      <w:proofErr w:type="spellStart"/>
      <w:r w:rsidRPr="00D23FB6">
        <w:rPr>
          <w:rFonts w:ascii="Verdana" w:hAnsi="Verdana"/>
          <w:sz w:val="24"/>
          <w:szCs w:val="24"/>
          <w:lang w:val="lt-LT"/>
        </w:rPr>
        <w:t>Papečkienė</w:t>
      </w:r>
      <w:proofErr w:type="spellEnd"/>
      <w:r w:rsidRPr="00D23FB6">
        <w:rPr>
          <w:rFonts w:ascii="Verdana" w:hAnsi="Verdana"/>
          <w:sz w:val="24"/>
          <w:szCs w:val="24"/>
          <w:lang w:val="lt-LT"/>
        </w:rPr>
        <w:t xml:space="preserve"> (toliau - Kuratorius)</w:t>
      </w:r>
      <w:r w:rsidR="00F5440E" w:rsidRPr="00D23FB6">
        <w:rPr>
          <w:rFonts w:ascii="Verdana" w:hAnsi="Verdana"/>
          <w:sz w:val="24"/>
          <w:szCs w:val="24"/>
          <w:lang w:val="lt-LT"/>
        </w:rPr>
        <w:t>.</w:t>
      </w:r>
    </w:p>
    <w:p w14:paraId="7339E170" w14:textId="77777777" w:rsidR="008D5753" w:rsidRPr="00D23FB6" w:rsidRDefault="00F5440E" w:rsidP="00D011D5">
      <w:pPr>
        <w:pStyle w:val="Sraopastraip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i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Iniciatyvos paskirtis – telkti Marijampolės </w:t>
      </w:r>
      <w:r w:rsidR="008F7464">
        <w:rPr>
          <w:rFonts w:ascii="Verdana" w:hAnsi="Verdana"/>
          <w:sz w:val="24"/>
          <w:szCs w:val="24"/>
          <w:lang w:val="lt-LT"/>
        </w:rPr>
        <w:t>savivaldybės</w:t>
      </w:r>
      <w:r w:rsidRPr="00D23FB6">
        <w:rPr>
          <w:rFonts w:ascii="Verdana" w:hAnsi="Verdana"/>
          <w:sz w:val="24"/>
          <w:szCs w:val="24"/>
          <w:lang w:val="lt-LT"/>
        </w:rPr>
        <w:t xml:space="preserve"> ugdymo įstaigų bendruomenes, stiprinant mokinių internetinio saugumo, privatumo, kritinio mąstymo ir atsakingo elgesio skaitmeninėje erdvėje kompetencijas.</w:t>
      </w:r>
      <w:r w:rsidR="008D5753" w:rsidRPr="00D23FB6">
        <w:rPr>
          <w:rFonts w:ascii="Verdana" w:hAnsi="Verdana"/>
          <w:i/>
          <w:sz w:val="24"/>
          <w:szCs w:val="24"/>
          <w:lang w:val="lt-LT"/>
        </w:rPr>
        <w:t xml:space="preserve"> </w:t>
      </w:r>
    </w:p>
    <w:p w14:paraId="0E8A79C1" w14:textId="6341EBCC" w:rsidR="00B259B7" w:rsidRDefault="00F5440E" w:rsidP="00EA2B3D">
      <w:pPr>
        <w:pStyle w:val="Sraopastraip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Iniciatyva vykdoma nuotoliniu būdu, dalyviams naudojantis kompiuteriu / planšete / telefonu ir interneto ryšiu.</w:t>
      </w:r>
    </w:p>
    <w:p w14:paraId="211775D5" w14:textId="77777777" w:rsidR="00EA2B3D" w:rsidRDefault="00EA2B3D" w:rsidP="00EA2B3D">
      <w:pPr>
        <w:pStyle w:val="Antrat2"/>
        <w:tabs>
          <w:tab w:val="left" w:pos="1701"/>
        </w:tabs>
        <w:spacing w:before="0" w:after="0"/>
        <w:ind w:firstLine="0"/>
        <w:jc w:val="left"/>
      </w:pPr>
    </w:p>
    <w:p w14:paraId="172CB3BA" w14:textId="77777777" w:rsidR="00EA2B3D" w:rsidRDefault="00F5440E" w:rsidP="00EA2B3D">
      <w:pPr>
        <w:pStyle w:val="Antrat2"/>
        <w:tabs>
          <w:tab w:val="left" w:pos="1701"/>
        </w:tabs>
        <w:spacing w:before="0" w:after="0"/>
        <w:ind w:firstLine="0"/>
      </w:pPr>
      <w:r w:rsidRPr="00D23FB6">
        <w:t>II SKYRIUS.</w:t>
      </w:r>
    </w:p>
    <w:p w14:paraId="716DA286" w14:textId="28F7B745" w:rsidR="00B259B7" w:rsidRDefault="00F5440E" w:rsidP="00EA2B3D">
      <w:pPr>
        <w:pStyle w:val="Antrat2"/>
        <w:tabs>
          <w:tab w:val="left" w:pos="1701"/>
        </w:tabs>
        <w:spacing w:before="0" w:after="0"/>
        <w:ind w:firstLine="0"/>
      </w:pPr>
      <w:r w:rsidRPr="00D23FB6">
        <w:t>INICIATYVOS TIKSLAS IR UŽDAVINIAI</w:t>
      </w:r>
    </w:p>
    <w:p w14:paraId="33749148" w14:textId="77777777" w:rsidR="00EA2B3D" w:rsidRPr="00EA2B3D" w:rsidRDefault="00EA2B3D" w:rsidP="00EA2B3D">
      <w:pPr>
        <w:spacing w:after="0"/>
        <w:rPr>
          <w:lang w:val="lt-LT"/>
        </w:rPr>
      </w:pPr>
    </w:p>
    <w:p w14:paraId="1600DE7A" w14:textId="77777777" w:rsidR="00B259B7" w:rsidRPr="00D23FB6" w:rsidRDefault="00F5440E" w:rsidP="00EA2B3D">
      <w:pPr>
        <w:pStyle w:val="Sraopastraipa"/>
        <w:numPr>
          <w:ilvl w:val="0"/>
          <w:numId w:val="10"/>
        </w:numPr>
        <w:tabs>
          <w:tab w:val="left" w:pos="1134"/>
          <w:tab w:val="left" w:pos="1418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Tikslas – ugdyti </w:t>
      </w:r>
      <w:r w:rsidR="001F49F8">
        <w:rPr>
          <w:rFonts w:ascii="Verdana" w:hAnsi="Verdana"/>
          <w:sz w:val="24"/>
          <w:szCs w:val="24"/>
          <w:lang w:val="lt-LT"/>
        </w:rPr>
        <w:t>9</w:t>
      </w:r>
      <w:r w:rsidRPr="00D23FB6">
        <w:rPr>
          <w:rFonts w:ascii="Verdana" w:hAnsi="Verdana"/>
          <w:sz w:val="24"/>
          <w:szCs w:val="24"/>
          <w:lang w:val="lt-LT"/>
        </w:rPr>
        <w:t>–12 klasių mokinių gebėjimą saugiai ir atsakingai veikti skaitmeninėje erdvėje, atpažinti rizikas, saugoti asmens duomenis ir kurti pagarbią bendravimo kultūrą internete.</w:t>
      </w:r>
    </w:p>
    <w:p w14:paraId="3A63A219" w14:textId="77777777" w:rsidR="00D23FB6" w:rsidRPr="00D23FB6" w:rsidRDefault="00F5440E" w:rsidP="00D011D5">
      <w:pPr>
        <w:pStyle w:val="Sraopastraipa"/>
        <w:numPr>
          <w:ilvl w:val="0"/>
          <w:numId w:val="10"/>
        </w:numPr>
        <w:tabs>
          <w:tab w:val="left" w:pos="1134"/>
          <w:tab w:val="left" w:pos="1418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Uždaviniai:</w:t>
      </w:r>
    </w:p>
    <w:p w14:paraId="1B4E6044" w14:textId="77777777" w:rsidR="00D23FB6" w:rsidRPr="00D23FB6" w:rsidRDefault="00F5440E" w:rsidP="00D011D5">
      <w:pPr>
        <w:pStyle w:val="Sraopastraipa"/>
        <w:numPr>
          <w:ilvl w:val="1"/>
          <w:numId w:val="10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Tobulinti mokinių gebėjimą atpažinti internetines grėsmes (apgaules, sukčiavimą, kenkėjiškas nuorodas, netikrą turinį).</w:t>
      </w:r>
    </w:p>
    <w:p w14:paraId="28CFD99C" w14:textId="77777777" w:rsidR="00B259B7" w:rsidRPr="00D23FB6" w:rsidRDefault="00F5440E" w:rsidP="00D011D5">
      <w:pPr>
        <w:pStyle w:val="Sraopastraipa"/>
        <w:numPr>
          <w:ilvl w:val="1"/>
          <w:numId w:val="10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Stiprinti mokinių žinias apie asmens duomenų apsaugą, privatumo nustatymus, skaitmeninį pėdsaką.</w:t>
      </w:r>
    </w:p>
    <w:p w14:paraId="48DC0565" w14:textId="77777777" w:rsidR="00B259B7" w:rsidRPr="00D23FB6" w:rsidRDefault="00F5440E" w:rsidP="00D011D5">
      <w:pPr>
        <w:pStyle w:val="Sraopastraipa"/>
        <w:numPr>
          <w:ilvl w:val="1"/>
          <w:numId w:val="10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Ugdyti atsakingą bendravimą internete, patyčių ir </w:t>
      </w:r>
      <w:r w:rsidR="008D5753" w:rsidRPr="00D23FB6">
        <w:rPr>
          <w:rFonts w:ascii="Verdana" w:hAnsi="Verdana"/>
          <w:sz w:val="24"/>
          <w:szCs w:val="24"/>
          <w:lang w:val="lt-LT"/>
        </w:rPr>
        <w:t>neapykantos</w:t>
      </w:r>
      <w:r w:rsidRPr="00D23FB6">
        <w:rPr>
          <w:rFonts w:ascii="Verdana" w:hAnsi="Verdana"/>
          <w:sz w:val="24"/>
          <w:szCs w:val="24"/>
          <w:lang w:val="lt-LT"/>
        </w:rPr>
        <w:t xml:space="preserve"> prevenciją, pagalbos paieškos ir suteikimo įgūdžius.</w:t>
      </w:r>
    </w:p>
    <w:p w14:paraId="3BC7D7B9" w14:textId="77777777" w:rsidR="00B259B7" w:rsidRPr="00D23FB6" w:rsidRDefault="00F5440E" w:rsidP="00D011D5">
      <w:pPr>
        <w:pStyle w:val="Sraopastraipa"/>
        <w:numPr>
          <w:ilvl w:val="1"/>
          <w:numId w:val="10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Skatinti mokinių kūrybiškumą ir bendradarbiavimą kuriant aiškias, bendraamžiams suprantamas saugaus interneto žinutes.</w:t>
      </w:r>
    </w:p>
    <w:p w14:paraId="7CAB9A7D" w14:textId="77777777" w:rsidR="00B259B7" w:rsidRPr="00D23FB6" w:rsidRDefault="00F5440E" w:rsidP="00D011D5">
      <w:pPr>
        <w:pStyle w:val="Sraopastraipa"/>
        <w:numPr>
          <w:ilvl w:val="1"/>
          <w:numId w:val="10"/>
        </w:numPr>
        <w:tabs>
          <w:tab w:val="left" w:pos="1134"/>
          <w:tab w:val="left" w:pos="1418"/>
          <w:tab w:val="left" w:pos="1843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Užtikrinti diferencijuotą dalyvavimą, sudarant sąlygas skirtingo amžiaus mokiniams atlikti tos pačios temos užduotis skirtingu sudėtingumo lygiu.</w:t>
      </w:r>
    </w:p>
    <w:p w14:paraId="4F906370" w14:textId="77777777" w:rsidR="00EA2B3D" w:rsidRDefault="00F5440E" w:rsidP="00EA2B3D">
      <w:pPr>
        <w:pStyle w:val="Antrat2"/>
        <w:spacing w:before="0" w:after="0"/>
        <w:ind w:firstLine="851"/>
      </w:pPr>
      <w:r w:rsidRPr="00D23FB6">
        <w:t>III SKYRIUS.</w:t>
      </w:r>
    </w:p>
    <w:p w14:paraId="5E5295C9" w14:textId="345B608F" w:rsidR="00B259B7" w:rsidRDefault="00F5440E" w:rsidP="00EA2B3D">
      <w:pPr>
        <w:pStyle w:val="Antrat2"/>
        <w:spacing w:before="0" w:after="0"/>
        <w:ind w:firstLine="851"/>
      </w:pPr>
      <w:r w:rsidRPr="00D23FB6">
        <w:t xml:space="preserve"> DALYVAVIMO </w:t>
      </w:r>
      <w:r w:rsidRPr="00D011D5">
        <w:t>INICIATYVOJE</w:t>
      </w:r>
      <w:r w:rsidRPr="00D23FB6">
        <w:t xml:space="preserve"> SĄLYGOS</w:t>
      </w:r>
    </w:p>
    <w:p w14:paraId="30941429" w14:textId="77777777" w:rsidR="00EA2B3D" w:rsidRPr="00EA2B3D" w:rsidRDefault="00EA2B3D" w:rsidP="00EA2B3D">
      <w:pPr>
        <w:spacing w:after="0"/>
        <w:rPr>
          <w:lang w:val="lt-LT"/>
        </w:rPr>
      </w:pPr>
    </w:p>
    <w:p w14:paraId="21491AE9" w14:textId="77777777" w:rsidR="00B259B7" w:rsidRPr="00D23FB6" w:rsidRDefault="00F5440E" w:rsidP="00EA2B3D">
      <w:pPr>
        <w:pStyle w:val="Sraopastraipa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Iniciatyvoje kviečiami dalyvauti Marijampolės </w:t>
      </w:r>
      <w:r w:rsidR="008F7464">
        <w:rPr>
          <w:rFonts w:ascii="Verdana" w:hAnsi="Verdana"/>
          <w:sz w:val="24"/>
          <w:szCs w:val="24"/>
          <w:lang w:val="lt-LT"/>
        </w:rPr>
        <w:t>savivaldybės</w:t>
      </w:r>
      <w:r w:rsidRPr="00D23FB6">
        <w:rPr>
          <w:rFonts w:ascii="Verdana" w:hAnsi="Verdana"/>
          <w:sz w:val="24"/>
          <w:szCs w:val="24"/>
          <w:lang w:val="lt-LT"/>
        </w:rPr>
        <w:t xml:space="preserve"> ugdymo įstaigų </w:t>
      </w:r>
      <w:r w:rsidR="001F49F8">
        <w:rPr>
          <w:rFonts w:ascii="Verdana" w:hAnsi="Verdana"/>
          <w:sz w:val="24"/>
          <w:szCs w:val="24"/>
          <w:lang w:val="lt-LT"/>
        </w:rPr>
        <w:t>9</w:t>
      </w:r>
      <w:r w:rsidRPr="00D23FB6">
        <w:rPr>
          <w:rFonts w:ascii="Verdana" w:hAnsi="Verdana"/>
          <w:sz w:val="24"/>
          <w:szCs w:val="24"/>
          <w:lang w:val="lt-LT"/>
        </w:rPr>
        <w:t>–12 klasių mokiniai.</w:t>
      </w:r>
    </w:p>
    <w:p w14:paraId="0C9A1CC9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lastRenderedPageBreak/>
        <w:t>Dalyvaujama komandomis. Komandą sudaro 3–6 mokiniai ir Komandos vadovas (mokytojas / klasių vadovas / švietimo pagalbos specialistas).</w:t>
      </w:r>
      <w:r w:rsidR="008D5753" w:rsidRPr="00D23FB6">
        <w:rPr>
          <w:rFonts w:ascii="Verdana" w:hAnsi="Verdana"/>
          <w:sz w:val="24"/>
          <w:szCs w:val="24"/>
          <w:lang w:val="lt-LT"/>
        </w:rPr>
        <w:t xml:space="preserve"> Iš vienos ugdymo įstaigos gali dalyvauti iki </w:t>
      </w:r>
      <w:r w:rsidR="001F49F8">
        <w:rPr>
          <w:rFonts w:ascii="Verdana" w:hAnsi="Verdana"/>
          <w:sz w:val="24"/>
          <w:szCs w:val="24"/>
          <w:lang w:val="lt-LT"/>
        </w:rPr>
        <w:t>3</w:t>
      </w:r>
      <w:r w:rsidR="008D5753" w:rsidRPr="00D23FB6">
        <w:rPr>
          <w:rFonts w:ascii="Verdana" w:hAnsi="Verdana"/>
          <w:sz w:val="24"/>
          <w:szCs w:val="24"/>
          <w:lang w:val="lt-LT"/>
        </w:rPr>
        <w:t xml:space="preserve"> komandų.</w:t>
      </w:r>
    </w:p>
    <w:p w14:paraId="0F4F1115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Dalyviai skirstomi į amžiaus grupes:</w:t>
      </w:r>
    </w:p>
    <w:p w14:paraId="674EFFBC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C grupė – 9–10 klasės;</w:t>
      </w:r>
    </w:p>
    <w:p w14:paraId="5CB5B679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D grupė – 11–12 klasės.</w:t>
      </w:r>
    </w:p>
    <w:p w14:paraId="42261E5E" w14:textId="05C1483C" w:rsidR="008F7464" w:rsidRPr="008F7464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Kiekviena komanda registruoja</w:t>
      </w:r>
      <w:r w:rsidR="008F7464">
        <w:rPr>
          <w:rFonts w:ascii="Verdana" w:hAnsi="Verdana"/>
          <w:sz w:val="24"/>
          <w:szCs w:val="24"/>
          <w:lang w:val="lt-LT"/>
        </w:rPr>
        <w:t xml:space="preserve">si naudodamiesi „Google </w:t>
      </w:r>
      <w:proofErr w:type="spellStart"/>
      <w:r w:rsidR="008F7464">
        <w:rPr>
          <w:rFonts w:ascii="Verdana" w:hAnsi="Verdana"/>
          <w:sz w:val="24"/>
          <w:szCs w:val="24"/>
          <w:lang w:val="lt-LT"/>
        </w:rPr>
        <w:t>forms</w:t>
      </w:r>
      <w:proofErr w:type="spellEnd"/>
      <w:r w:rsidR="008F7464">
        <w:rPr>
          <w:rFonts w:ascii="Verdana" w:hAnsi="Verdana"/>
          <w:sz w:val="24"/>
          <w:szCs w:val="24"/>
          <w:lang w:val="lt-LT"/>
        </w:rPr>
        <w:t>“ registracijos forma esančia</w:t>
      </w:r>
      <w:r w:rsidR="008F7464" w:rsidRPr="00605E44">
        <w:rPr>
          <w:rFonts w:ascii="Verdana" w:hAnsi="Verdana"/>
          <w:sz w:val="24"/>
          <w:szCs w:val="24"/>
          <w:lang w:val="lt-LT"/>
        </w:rPr>
        <w:t xml:space="preserve">: </w:t>
      </w:r>
      <w:hyperlink r:id="rId6" w:history="1">
        <w:r w:rsidR="00EA2B3D" w:rsidRPr="00AD035B">
          <w:rPr>
            <w:rStyle w:val="Hipersaitas"/>
            <w:rFonts w:ascii="Verdana" w:hAnsi="Verdana"/>
            <w:sz w:val="24"/>
            <w:szCs w:val="24"/>
          </w:rPr>
          <w:t>https://fo</w:t>
        </w:r>
        <w:r w:rsidR="00EA2B3D" w:rsidRPr="00AD035B">
          <w:rPr>
            <w:rStyle w:val="Hipersaitas"/>
            <w:rFonts w:ascii="Verdana" w:hAnsi="Verdana"/>
            <w:sz w:val="24"/>
            <w:szCs w:val="24"/>
          </w:rPr>
          <w:t>r</w:t>
        </w:r>
        <w:r w:rsidR="00EA2B3D" w:rsidRPr="00AD035B">
          <w:rPr>
            <w:rStyle w:val="Hipersaitas"/>
            <w:rFonts w:ascii="Verdana" w:hAnsi="Verdana"/>
            <w:sz w:val="24"/>
            <w:szCs w:val="24"/>
          </w:rPr>
          <w:t>m</w:t>
        </w:r>
        <w:r w:rsidR="00EA2B3D" w:rsidRPr="00AD035B">
          <w:rPr>
            <w:rStyle w:val="Hipersaitas"/>
            <w:rFonts w:ascii="Verdana" w:hAnsi="Verdana"/>
            <w:sz w:val="24"/>
            <w:szCs w:val="24"/>
          </w:rPr>
          <w:t>s</w:t>
        </w:r>
        <w:r w:rsidR="00EA2B3D" w:rsidRPr="00AD035B">
          <w:rPr>
            <w:rStyle w:val="Hipersaitas"/>
            <w:rFonts w:ascii="Verdana" w:hAnsi="Verdana"/>
            <w:sz w:val="24"/>
            <w:szCs w:val="24"/>
          </w:rPr>
          <w:t>.gle/VvtbjHBbS5KEx4Gq7</w:t>
        </w:r>
      </w:hyperlink>
      <w:r w:rsidR="001F49F8" w:rsidRPr="00605E44">
        <w:rPr>
          <w:rFonts w:ascii="Verdana" w:hAnsi="Verdana"/>
          <w:sz w:val="24"/>
          <w:szCs w:val="24"/>
          <w:lang w:val="lt-LT"/>
        </w:rPr>
        <w:t>.</w:t>
      </w:r>
      <w:r w:rsidR="001F49F8">
        <w:rPr>
          <w:rFonts w:ascii="Verdana" w:hAnsi="Verdana"/>
          <w:sz w:val="24"/>
          <w:szCs w:val="24"/>
          <w:lang w:val="lt-LT"/>
        </w:rPr>
        <w:t xml:space="preserve"> Po registracijos komandų kuratoriai registracijos metu nurodyti el. paštu </w:t>
      </w:r>
      <w:r w:rsidRPr="00D23FB6">
        <w:rPr>
          <w:rFonts w:ascii="Verdana" w:hAnsi="Verdana"/>
          <w:sz w:val="24"/>
          <w:szCs w:val="24"/>
          <w:lang w:val="lt-LT"/>
        </w:rPr>
        <w:t>gauna komandos kodą</w:t>
      </w:r>
      <w:r w:rsidR="001F49F8">
        <w:rPr>
          <w:rFonts w:ascii="Verdana" w:hAnsi="Verdana"/>
          <w:sz w:val="24"/>
          <w:szCs w:val="24"/>
          <w:lang w:val="lt-LT"/>
        </w:rPr>
        <w:t xml:space="preserve"> (ne vėliau kaip 2026 m. vasario 1</w:t>
      </w:r>
      <w:r w:rsidR="00EA2B3D">
        <w:rPr>
          <w:rFonts w:ascii="Verdana" w:hAnsi="Verdana"/>
          <w:sz w:val="24"/>
          <w:szCs w:val="24"/>
          <w:lang w:val="lt-LT"/>
        </w:rPr>
        <w:t xml:space="preserve"> </w:t>
      </w:r>
      <w:r w:rsidR="001F49F8">
        <w:rPr>
          <w:rFonts w:ascii="Verdana" w:hAnsi="Verdana"/>
          <w:sz w:val="24"/>
          <w:szCs w:val="24"/>
          <w:lang w:val="lt-LT"/>
        </w:rPr>
        <w:t>d.)</w:t>
      </w:r>
      <w:r w:rsidRPr="00D23FB6">
        <w:rPr>
          <w:rFonts w:ascii="Verdana" w:hAnsi="Verdana"/>
          <w:sz w:val="24"/>
          <w:szCs w:val="24"/>
          <w:lang w:val="lt-LT"/>
        </w:rPr>
        <w:t>. Visuose pateikimuose nurodomas tik komandos kodas ir ugdymo įstaiga</w:t>
      </w:r>
      <w:r w:rsidR="001F49F8">
        <w:rPr>
          <w:rFonts w:ascii="Verdana" w:hAnsi="Verdana"/>
          <w:sz w:val="24"/>
          <w:szCs w:val="24"/>
          <w:lang w:val="lt-LT"/>
        </w:rPr>
        <w:t>, mokinių vardai</w:t>
      </w:r>
      <w:r w:rsidRPr="00D23FB6">
        <w:rPr>
          <w:rFonts w:ascii="Verdana" w:hAnsi="Verdana"/>
          <w:sz w:val="24"/>
          <w:szCs w:val="24"/>
          <w:lang w:val="lt-LT"/>
        </w:rPr>
        <w:t xml:space="preserve"> (mokinių pavardės</w:t>
      </w:r>
      <w:r w:rsidR="001F49F8">
        <w:rPr>
          <w:rFonts w:ascii="Verdana" w:hAnsi="Verdana"/>
          <w:sz w:val="24"/>
          <w:szCs w:val="24"/>
          <w:lang w:val="lt-LT"/>
        </w:rPr>
        <w:t xml:space="preserve"> ar kiti asmens duomenys</w:t>
      </w:r>
      <w:r w:rsidRPr="00D23FB6">
        <w:rPr>
          <w:rFonts w:ascii="Verdana" w:hAnsi="Verdana"/>
          <w:sz w:val="24"/>
          <w:szCs w:val="24"/>
          <w:lang w:val="lt-LT"/>
        </w:rPr>
        <w:t xml:space="preserve"> nerenkami).</w:t>
      </w:r>
      <w:r w:rsidR="008F7464" w:rsidRPr="00EA2B3D">
        <w:rPr>
          <w:lang w:val="lt-LT"/>
        </w:rPr>
        <w:t xml:space="preserve"> </w:t>
      </w:r>
    </w:p>
    <w:p w14:paraId="4B67D0E4" w14:textId="77777777" w:rsidR="008F7464" w:rsidRDefault="008F7464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8F7464">
        <w:rPr>
          <w:rFonts w:ascii="Verdana" w:hAnsi="Verdana"/>
          <w:sz w:val="24"/>
          <w:szCs w:val="24"/>
          <w:lang w:val="lt-LT"/>
        </w:rPr>
        <w:t xml:space="preserve">Registruojant daugiau nei vieną komandą iš tos pačios ugdymo įstaigos pateikite </w:t>
      </w:r>
      <w:r>
        <w:rPr>
          <w:rFonts w:ascii="Verdana" w:hAnsi="Verdana"/>
          <w:sz w:val="24"/>
          <w:szCs w:val="24"/>
          <w:lang w:val="lt-LT"/>
        </w:rPr>
        <w:t xml:space="preserve">registracijos </w:t>
      </w:r>
      <w:r w:rsidRPr="008F7464">
        <w:rPr>
          <w:rFonts w:ascii="Verdana" w:hAnsi="Verdana"/>
          <w:sz w:val="24"/>
          <w:szCs w:val="24"/>
          <w:lang w:val="lt-LT"/>
        </w:rPr>
        <w:t xml:space="preserve">formą atskirai kiekvienai komandai. </w:t>
      </w:r>
    </w:p>
    <w:p w14:paraId="68C5A560" w14:textId="77777777" w:rsidR="00B259B7" w:rsidRPr="00D23FB6" w:rsidRDefault="008F7464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8F7464">
        <w:rPr>
          <w:rFonts w:ascii="Verdana" w:hAnsi="Verdana"/>
          <w:sz w:val="24"/>
          <w:szCs w:val="24"/>
          <w:lang w:val="lt-LT"/>
        </w:rPr>
        <w:t xml:space="preserve">Vienoje komandoje negali būti skirtingų amžiaus grupių mokinių (pvz. </w:t>
      </w:r>
      <w:r w:rsidR="001F49F8">
        <w:rPr>
          <w:rFonts w:ascii="Verdana" w:hAnsi="Verdana"/>
          <w:sz w:val="24"/>
          <w:szCs w:val="24"/>
          <w:lang w:val="lt-LT"/>
        </w:rPr>
        <w:t>9</w:t>
      </w:r>
      <w:r w:rsidRPr="008F7464">
        <w:rPr>
          <w:rFonts w:ascii="Verdana" w:hAnsi="Verdana"/>
          <w:sz w:val="24"/>
          <w:szCs w:val="24"/>
          <w:lang w:val="lt-LT"/>
        </w:rPr>
        <w:t xml:space="preserve"> kl. ir </w:t>
      </w:r>
      <w:r w:rsidR="001F49F8">
        <w:rPr>
          <w:rFonts w:ascii="Verdana" w:hAnsi="Verdana"/>
          <w:sz w:val="24"/>
          <w:szCs w:val="24"/>
          <w:lang w:val="lt-LT"/>
        </w:rPr>
        <w:t>11</w:t>
      </w:r>
      <w:r w:rsidRPr="008F7464">
        <w:rPr>
          <w:rFonts w:ascii="Verdana" w:hAnsi="Verdana"/>
          <w:sz w:val="24"/>
          <w:szCs w:val="24"/>
          <w:lang w:val="lt-LT"/>
        </w:rPr>
        <w:t xml:space="preserve"> kl. mokiniai turi dalyvauti skirtingose komandose).</w:t>
      </w:r>
    </w:p>
    <w:p w14:paraId="016638F5" w14:textId="77777777" w:rsidR="001F49F8" w:rsidRDefault="001F49F8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Dalyviai, </w:t>
      </w:r>
      <w:r>
        <w:rPr>
          <w:rFonts w:ascii="Verdana" w:hAnsi="Verdana"/>
          <w:sz w:val="24"/>
          <w:szCs w:val="24"/>
          <w:lang w:val="lt-LT"/>
        </w:rPr>
        <w:t>atlikdami</w:t>
      </w:r>
      <w:r w:rsidRPr="00D23FB6">
        <w:rPr>
          <w:rFonts w:ascii="Verdana" w:hAnsi="Verdana"/>
          <w:sz w:val="24"/>
          <w:szCs w:val="24"/>
          <w:lang w:val="lt-LT"/>
        </w:rPr>
        <w:t xml:space="preserve"> užduotis,</w:t>
      </w:r>
      <w:r>
        <w:rPr>
          <w:rFonts w:ascii="Verdana" w:hAnsi="Verdana"/>
          <w:sz w:val="24"/>
          <w:szCs w:val="24"/>
          <w:lang w:val="lt-LT"/>
        </w:rPr>
        <w:t xml:space="preserve"> dirba kaip komanda</w:t>
      </w:r>
      <w:r w:rsidR="00605E44">
        <w:rPr>
          <w:rFonts w:ascii="Verdana" w:hAnsi="Verdana"/>
          <w:sz w:val="24"/>
          <w:szCs w:val="24"/>
          <w:lang w:val="lt-LT"/>
        </w:rPr>
        <w:t>. K</w:t>
      </w:r>
      <w:r>
        <w:rPr>
          <w:rFonts w:ascii="Verdana" w:hAnsi="Verdana"/>
          <w:sz w:val="24"/>
          <w:szCs w:val="24"/>
          <w:lang w:val="lt-LT"/>
        </w:rPr>
        <w:t xml:space="preserve">ur reikalaujama prisijungti, jungiasi vienu </w:t>
      </w:r>
      <w:r w:rsidR="00605E44">
        <w:rPr>
          <w:rFonts w:ascii="Verdana" w:hAnsi="Verdana"/>
          <w:sz w:val="24"/>
          <w:szCs w:val="24"/>
          <w:lang w:val="lt-LT"/>
        </w:rPr>
        <w:t>įrenginiu ir užduotis atlieka kartu pasitardami</w:t>
      </w:r>
      <w:r>
        <w:rPr>
          <w:rFonts w:ascii="Verdana" w:hAnsi="Verdana"/>
          <w:sz w:val="24"/>
          <w:szCs w:val="24"/>
          <w:lang w:val="lt-LT"/>
        </w:rPr>
        <w:t>.</w:t>
      </w:r>
    </w:p>
    <w:p w14:paraId="49A3C3C1" w14:textId="2C258F1E" w:rsidR="00B259B7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Dalyviai, teikdami užduotis, privalo laikytis asmens duomenų apsaugos ir saugaus elgesio internete principų: nesidalinti slaptažodžiais, neviešinti asmeninių paskyrų duomenų, neteikti ekrano kopijų su asmens duomenimis, neviešinti kitų asmenų atvaizdų be sutikimo ir pan.</w:t>
      </w:r>
    </w:p>
    <w:p w14:paraId="37F0387B" w14:textId="77777777" w:rsidR="00EA2B3D" w:rsidRPr="00D23FB6" w:rsidRDefault="00EA2B3D" w:rsidP="00EA2B3D">
      <w:pPr>
        <w:pStyle w:val="Sraopastraipa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Verdana" w:hAnsi="Verdana"/>
          <w:sz w:val="24"/>
          <w:szCs w:val="24"/>
          <w:lang w:val="lt-LT"/>
        </w:rPr>
      </w:pPr>
    </w:p>
    <w:p w14:paraId="18FFE5EA" w14:textId="77777777" w:rsidR="00EA2B3D" w:rsidRDefault="00F5440E" w:rsidP="00EA2B3D">
      <w:pPr>
        <w:pStyle w:val="Antrat2"/>
        <w:spacing w:before="0" w:after="0"/>
        <w:ind w:firstLine="851"/>
      </w:pPr>
      <w:r w:rsidRPr="00D23FB6">
        <w:t xml:space="preserve">IV SKYRIUS. </w:t>
      </w:r>
    </w:p>
    <w:p w14:paraId="2A999829" w14:textId="15B3A492" w:rsidR="00B259B7" w:rsidRDefault="00F5440E" w:rsidP="00EA2B3D">
      <w:pPr>
        <w:pStyle w:val="Antrat2"/>
        <w:spacing w:before="0" w:after="0"/>
        <w:ind w:firstLine="851"/>
      </w:pPr>
      <w:r w:rsidRPr="00D23FB6">
        <w:t>INICIATYVOS ORGANIZAVIMO TVARKA</w:t>
      </w:r>
    </w:p>
    <w:p w14:paraId="27BD3F5F" w14:textId="77777777" w:rsidR="00EA2B3D" w:rsidRPr="00EA2B3D" w:rsidRDefault="00EA2B3D" w:rsidP="00EA2B3D">
      <w:pPr>
        <w:spacing w:after="0"/>
        <w:rPr>
          <w:lang w:val="lt-LT"/>
        </w:rPr>
      </w:pPr>
    </w:p>
    <w:p w14:paraId="616F220D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Iniciatyva vykdoma 2026 m. vasario 2–13 d. nuotoliniu būdu</w:t>
      </w:r>
      <w:r w:rsidR="008D5753" w:rsidRPr="00D23FB6">
        <w:rPr>
          <w:rFonts w:ascii="Verdana" w:hAnsi="Verdana"/>
          <w:sz w:val="24"/>
          <w:szCs w:val="24"/>
          <w:lang w:val="lt-LT"/>
        </w:rPr>
        <w:t>.</w:t>
      </w:r>
    </w:p>
    <w:p w14:paraId="7F7A3FA9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Iniciatyvos vykdymo aplinka ir priemonės:</w:t>
      </w:r>
    </w:p>
    <w:p w14:paraId="0FE928AA" w14:textId="77777777" w:rsidR="00B259B7" w:rsidRDefault="00CD4F2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I</w:t>
      </w:r>
      <w:r w:rsidR="00F5440E" w:rsidRPr="00D23FB6">
        <w:rPr>
          <w:rFonts w:ascii="Verdana" w:hAnsi="Verdana"/>
          <w:sz w:val="24"/>
          <w:szCs w:val="24"/>
          <w:lang w:val="lt-LT"/>
        </w:rPr>
        <w:t>nformacija</w:t>
      </w:r>
      <w:r>
        <w:rPr>
          <w:rFonts w:ascii="Verdana" w:hAnsi="Verdana"/>
          <w:sz w:val="24"/>
          <w:szCs w:val="24"/>
          <w:lang w:val="lt-LT"/>
        </w:rPr>
        <w:t xml:space="preserve"> (išskyrus nuorodas į užduotis, atsakymų pateikimo formas) skelbiama </w:t>
      </w:r>
      <w:hyperlink r:id="rId7" w:history="1">
        <w:r w:rsidR="001F49F8" w:rsidRPr="00105520">
          <w:rPr>
            <w:rStyle w:val="Hipersaitas"/>
            <w:rFonts w:ascii="Verdana" w:hAnsi="Verdana"/>
            <w:sz w:val="24"/>
            <w:szCs w:val="24"/>
            <w:lang w:val="lt-LT"/>
          </w:rPr>
          <w:t>https://www.e-</w:t>
        </w:r>
        <w:r w:rsidR="001F49F8" w:rsidRPr="00105520">
          <w:rPr>
            <w:rStyle w:val="Hipersaitas"/>
            <w:rFonts w:ascii="Verdana" w:hAnsi="Verdana"/>
            <w:sz w:val="24"/>
            <w:szCs w:val="24"/>
            <w:lang w:val="lt-LT"/>
          </w:rPr>
          <w:t>s</w:t>
        </w:r>
        <w:r w:rsidR="001F49F8" w:rsidRPr="00105520">
          <w:rPr>
            <w:rStyle w:val="Hipersaitas"/>
            <w:rFonts w:ascii="Verdana" w:hAnsi="Verdana"/>
            <w:sz w:val="24"/>
            <w:szCs w:val="24"/>
            <w:lang w:val="lt-LT"/>
          </w:rPr>
          <w:t>augumo-lyga.eu/</w:t>
        </w:r>
      </w:hyperlink>
      <w:r w:rsidR="001F49F8">
        <w:rPr>
          <w:rFonts w:ascii="Verdana" w:hAnsi="Verdana"/>
          <w:sz w:val="24"/>
          <w:szCs w:val="24"/>
          <w:lang w:val="lt-LT"/>
        </w:rPr>
        <w:t xml:space="preserve">. </w:t>
      </w:r>
    </w:p>
    <w:p w14:paraId="7EC9B561" w14:textId="77777777" w:rsidR="001A58B7" w:rsidRPr="00D23FB6" w:rsidRDefault="00CD4F2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>
        <w:rPr>
          <w:rFonts w:ascii="Verdana" w:hAnsi="Verdana"/>
          <w:sz w:val="24"/>
          <w:szCs w:val="24"/>
          <w:lang w:val="lt-LT"/>
        </w:rPr>
        <w:t>Užduotys išsiunčiamos</w:t>
      </w:r>
      <w:r w:rsidR="001A58B7" w:rsidRPr="00D23FB6">
        <w:rPr>
          <w:rFonts w:ascii="Verdana" w:hAnsi="Verdana"/>
          <w:sz w:val="24"/>
          <w:szCs w:val="24"/>
          <w:lang w:val="lt-LT"/>
        </w:rPr>
        <w:t xml:space="preserve"> nurodytomis datomis</w:t>
      </w:r>
      <w:r w:rsidR="001A58B7">
        <w:rPr>
          <w:rFonts w:ascii="Verdana" w:hAnsi="Verdana"/>
          <w:sz w:val="24"/>
          <w:szCs w:val="24"/>
          <w:lang w:val="lt-LT"/>
        </w:rPr>
        <w:t xml:space="preserve"> iki 10.00 val.</w:t>
      </w:r>
      <w:r w:rsidRPr="00CD4F2E">
        <w:rPr>
          <w:rFonts w:ascii="Verdana" w:hAnsi="Verdana"/>
          <w:sz w:val="24"/>
          <w:szCs w:val="24"/>
          <w:lang w:val="lt-LT"/>
        </w:rPr>
        <w:t xml:space="preserve"> </w:t>
      </w:r>
      <w:r>
        <w:rPr>
          <w:rFonts w:ascii="Verdana" w:hAnsi="Verdana"/>
          <w:sz w:val="24"/>
          <w:szCs w:val="24"/>
          <w:lang w:val="lt-LT"/>
        </w:rPr>
        <w:t xml:space="preserve">komandų vadovams </w:t>
      </w:r>
      <w:r w:rsidR="001F49F8">
        <w:rPr>
          <w:rFonts w:ascii="Verdana" w:hAnsi="Verdana"/>
          <w:sz w:val="24"/>
          <w:szCs w:val="24"/>
          <w:lang w:val="lt-LT"/>
        </w:rPr>
        <w:t>registracijos metu</w:t>
      </w:r>
      <w:r>
        <w:rPr>
          <w:rFonts w:ascii="Verdana" w:hAnsi="Verdana"/>
          <w:sz w:val="24"/>
          <w:szCs w:val="24"/>
          <w:lang w:val="lt-LT"/>
        </w:rPr>
        <w:t xml:space="preserve"> nurodytu el. paštu</w:t>
      </w:r>
      <w:r w:rsidR="001A58B7" w:rsidRPr="00D23FB6">
        <w:rPr>
          <w:rFonts w:ascii="Verdana" w:hAnsi="Verdana"/>
          <w:sz w:val="24"/>
          <w:szCs w:val="24"/>
          <w:lang w:val="lt-LT"/>
        </w:rPr>
        <w:t xml:space="preserve">. Rekomenduojamas </w:t>
      </w:r>
      <w:r w:rsidR="001A58B7">
        <w:rPr>
          <w:rFonts w:ascii="Verdana" w:hAnsi="Verdana"/>
          <w:sz w:val="24"/>
          <w:szCs w:val="24"/>
          <w:lang w:val="lt-LT"/>
        </w:rPr>
        <w:t xml:space="preserve">atsakymų </w:t>
      </w:r>
      <w:r w:rsidR="001A58B7" w:rsidRPr="00D23FB6">
        <w:rPr>
          <w:rFonts w:ascii="Verdana" w:hAnsi="Verdana"/>
          <w:sz w:val="24"/>
          <w:szCs w:val="24"/>
          <w:lang w:val="lt-LT"/>
        </w:rPr>
        <w:t xml:space="preserve">pateikimo terminas – iki </w:t>
      </w:r>
      <w:r w:rsidR="001A58B7">
        <w:rPr>
          <w:rFonts w:ascii="Verdana" w:hAnsi="Verdana"/>
          <w:sz w:val="24"/>
          <w:szCs w:val="24"/>
          <w:lang w:val="lt-LT"/>
        </w:rPr>
        <w:t xml:space="preserve">sekančios darbo </w:t>
      </w:r>
      <w:r w:rsidR="001A58B7" w:rsidRPr="00D23FB6">
        <w:rPr>
          <w:rFonts w:ascii="Verdana" w:hAnsi="Verdana"/>
          <w:sz w:val="24"/>
          <w:szCs w:val="24"/>
          <w:lang w:val="lt-LT"/>
        </w:rPr>
        <w:t xml:space="preserve">dienos </w:t>
      </w:r>
      <w:r w:rsidR="001A58B7">
        <w:rPr>
          <w:rFonts w:ascii="Verdana" w:hAnsi="Verdana"/>
          <w:sz w:val="24"/>
          <w:szCs w:val="24"/>
          <w:lang w:val="lt-LT"/>
        </w:rPr>
        <w:t>17.00 val.</w:t>
      </w:r>
      <w:r w:rsidR="001A58B7" w:rsidRPr="00D23FB6">
        <w:rPr>
          <w:rFonts w:ascii="Verdana" w:hAnsi="Verdana"/>
          <w:sz w:val="24"/>
          <w:szCs w:val="24"/>
          <w:lang w:val="lt-LT"/>
        </w:rPr>
        <w:t xml:space="preserve"> (Lietuvos laiku), jei Organizatorius </w:t>
      </w:r>
      <w:r w:rsidR="001A58B7">
        <w:rPr>
          <w:rFonts w:ascii="Verdana" w:hAnsi="Verdana"/>
          <w:sz w:val="24"/>
          <w:szCs w:val="24"/>
          <w:lang w:val="lt-LT"/>
        </w:rPr>
        <w:t xml:space="preserve">(užduoties pateikimo metu) </w:t>
      </w:r>
      <w:r w:rsidR="001A58B7" w:rsidRPr="00D23FB6">
        <w:rPr>
          <w:rFonts w:ascii="Verdana" w:hAnsi="Verdana"/>
          <w:sz w:val="24"/>
          <w:szCs w:val="24"/>
          <w:lang w:val="lt-LT"/>
        </w:rPr>
        <w:t>nenurodo kitaip.</w:t>
      </w:r>
    </w:p>
    <w:p w14:paraId="1B405036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atsakymai pateikiami per Google </w:t>
      </w:r>
      <w:proofErr w:type="spellStart"/>
      <w:r w:rsidRPr="00D23FB6">
        <w:rPr>
          <w:rFonts w:ascii="Verdana" w:hAnsi="Verdana"/>
          <w:sz w:val="24"/>
          <w:szCs w:val="24"/>
          <w:lang w:val="lt-LT"/>
        </w:rPr>
        <w:t>Forms</w:t>
      </w:r>
      <w:proofErr w:type="spellEnd"/>
      <w:r w:rsidRPr="00D23FB6">
        <w:rPr>
          <w:rFonts w:ascii="Verdana" w:hAnsi="Verdana"/>
          <w:sz w:val="24"/>
          <w:szCs w:val="24"/>
          <w:lang w:val="lt-LT"/>
        </w:rPr>
        <w:t xml:space="preserve"> (atskirai kiekvienai amžiaus grupei) ir / arba per </w:t>
      </w:r>
      <w:r w:rsidR="00770128">
        <w:rPr>
          <w:rFonts w:ascii="Verdana" w:hAnsi="Verdana"/>
          <w:sz w:val="24"/>
          <w:szCs w:val="24"/>
          <w:lang w:val="lt-LT"/>
        </w:rPr>
        <w:t xml:space="preserve">kitą (užduočių pateikimo metu) </w:t>
      </w:r>
      <w:r w:rsidRPr="00D23FB6">
        <w:rPr>
          <w:rFonts w:ascii="Verdana" w:hAnsi="Verdana"/>
          <w:sz w:val="24"/>
          <w:szCs w:val="24"/>
          <w:lang w:val="lt-LT"/>
        </w:rPr>
        <w:t>Organizatoriaus nurodytą pateikimo formą;</w:t>
      </w:r>
    </w:p>
    <w:p w14:paraId="0D51F8C5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kūrybiniams darbams (jei taikoma) naudojama virtuali lenta (pvz., </w:t>
      </w:r>
      <w:proofErr w:type="spellStart"/>
      <w:r w:rsidRPr="00D23FB6">
        <w:rPr>
          <w:rFonts w:ascii="Verdana" w:hAnsi="Verdana"/>
          <w:sz w:val="24"/>
          <w:szCs w:val="24"/>
          <w:lang w:val="lt-LT"/>
        </w:rPr>
        <w:t>Padlet</w:t>
      </w:r>
      <w:proofErr w:type="spellEnd"/>
      <w:r w:rsidRPr="00D23FB6">
        <w:rPr>
          <w:rFonts w:ascii="Verdana" w:hAnsi="Verdana"/>
          <w:sz w:val="24"/>
          <w:szCs w:val="24"/>
          <w:lang w:val="lt-LT"/>
        </w:rPr>
        <w:t>) arba kitos priemonės.</w:t>
      </w:r>
    </w:p>
    <w:p w14:paraId="1CC1462E" w14:textId="77777777" w:rsidR="00B259B7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Iniciatyvą sudaro 5 moduliai (</w:t>
      </w:r>
      <w:r w:rsidR="00770128">
        <w:rPr>
          <w:rFonts w:ascii="Verdana" w:hAnsi="Verdana"/>
          <w:sz w:val="24"/>
          <w:szCs w:val="24"/>
          <w:lang w:val="lt-LT"/>
        </w:rPr>
        <w:t xml:space="preserve">užduotys / </w:t>
      </w:r>
      <w:r w:rsidRPr="00D23FB6">
        <w:rPr>
          <w:rFonts w:ascii="Verdana" w:hAnsi="Verdana"/>
          <w:sz w:val="24"/>
          <w:szCs w:val="24"/>
          <w:lang w:val="lt-LT"/>
        </w:rPr>
        <w:t>užduo</w:t>
      </w:r>
      <w:r w:rsidR="00770128">
        <w:rPr>
          <w:rFonts w:ascii="Verdana" w:hAnsi="Verdana"/>
          <w:sz w:val="24"/>
          <w:szCs w:val="24"/>
          <w:lang w:val="lt-LT"/>
        </w:rPr>
        <w:t>čių rinkiniai</w:t>
      </w:r>
      <w:r w:rsidRPr="00D23FB6">
        <w:rPr>
          <w:rFonts w:ascii="Verdana" w:hAnsi="Verdana"/>
          <w:sz w:val="24"/>
          <w:szCs w:val="24"/>
          <w:lang w:val="lt-LT"/>
        </w:rPr>
        <w:t>), skelbiami pagal grafiką:</w:t>
      </w:r>
    </w:p>
    <w:p w14:paraId="3DAE176C" w14:textId="77777777" w:rsidR="001A58B7" w:rsidRPr="00D23FB6" w:rsidRDefault="001A58B7" w:rsidP="00D011D5">
      <w:pPr>
        <w:pStyle w:val="Sraopastraipa"/>
        <w:tabs>
          <w:tab w:val="left" w:pos="1985"/>
        </w:tabs>
        <w:spacing w:after="0" w:line="240" w:lineRule="auto"/>
        <w:ind w:left="1276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1668"/>
        <w:gridCol w:w="1474"/>
        <w:gridCol w:w="3515"/>
        <w:gridCol w:w="2977"/>
      </w:tblGrid>
      <w:tr w:rsidR="001A58B7" w:rsidRPr="00D23FB6" w14:paraId="34830BED" w14:textId="77777777" w:rsidTr="00D011D5">
        <w:tc>
          <w:tcPr>
            <w:tcW w:w="1668" w:type="dxa"/>
          </w:tcPr>
          <w:p w14:paraId="5AC5535D" w14:textId="77777777" w:rsidR="001A58B7" w:rsidRPr="00D23FB6" w:rsidRDefault="001A58B7" w:rsidP="00D011D5">
            <w:pPr>
              <w:jc w:val="center"/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474" w:type="dxa"/>
          </w:tcPr>
          <w:p w14:paraId="5F1BFB6A" w14:textId="77777777" w:rsidR="001A58B7" w:rsidRPr="00D23FB6" w:rsidRDefault="001A58B7" w:rsidP="00D011D5">
            <w:pPr>
              <w:jc w:val="center"/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b/>
                <w:sz w:val="24"/>
                <w:szCs w:val="24"/>
                <w:lang w:val="lt-LT"/>
              </w:rPr>
              <w:t>Etapas</w:t>
            </w:r>
          </w:p>
        </w:tc>
        <w:tc>
          <w:tcPr>
            <w:tcW w:w="3515" w:type="dxa"/>
          </w:tcPr>
          <w:p w14:paraId="4F88E92C" w14:textId="77777777" w:rsidR="001A58B7" w:rsidRPr="00D23FB6" w:rsidRDefault="001A58B7" w:rsidP="00D011D5">
            <w:pPr>
              <w:jc w:val="center"/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b/>
                <w:sz w:val="24"/>
                <w:szCs w:val="24"/>
                <w:lang w:val="lt-LT"/>
              </w:rPr>
              <w:t>Užduočių tema</w:t>
            </w:r>
          </w:p>
        </w:tc>
        <w:tc>
          <w:tcPr>
            <w:tcW w:w="2977" w:type="dxa"/>
          </w:tcPr>
          <w:p w14:paraId="52662AC1" w14:textId="77777777" w:rsidR="001A58B7" w:rsidRPr="00D23FB6" w:rsidRDefault="001A58B7" w:rsidP="00D011D5">
            <w:pPr>
              <w:jc w:val="center"/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b/>
                <w:sz w:val="24"/>
                <w:szCs w:val="24"/>
                <w:lang w:val="lt-LT"/>
              </w:rPr>
              <w:t>Pastabos (pateikimas / rezultatai)</w:t>
            </w:r>
          </w:p>
        </w:tc>
      </w:tr>
      <w:tr w:rsidR="001A58B7" w:rsidRPr="00D23FB6" w14:paraId="0D855BF1" w14:textId="77777777" w:rsidTr="00D011D5">
        <w:tc>
          <w:tcPr>
            <w:tcW w:w="1668" w:type="dxa"/>
          </w:tcPr>
          <w:p w14:paraId="226D4676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2026-02-02</w:t>
            </w:r>
          </w:p>
        </w:tc>
        <w:tc>
          <w:tcPr>
            <w:tcW w:w="1474" w:type="dxa"/>
          </w:tcPr>
          <w:p w14:paraId="5534DBA8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I modulis</w:t>
            </w:r>
          </w:p>
        </w:tc>
        <w:tc>
          <w:tcPr>
            <w:tcW w:w="3515" w:type="dxa"/>
          </w:tcPr>
          <w:p w14:paraId="67DB9E1C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>„</w:t>
            </w: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Atpažink sukčių</w:t>
            </w:r>
            <w:r>
              <w:rPr>
                <w:rFonts w:ascii="Verdana" w:hAnsi="Verdana"/>
                <w:sz w:val="24"/>
                <w:szCs w:val="24"/>
                <w:lang w:val="lt-LT"/>
              </w:rPr>
              <w:t>“</w:t>
            </w: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 xml:space="preserve"> (apgaulės, „</w:t>
            </w:r>
            <w:proofErr w:type="spellStart"/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phishing</w:t>
            </w:r>
            <w:proofErr w:type="spellEnd"/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“)</w:t>
            </w:r>
          </w:p>
        </w:tc>
        <w:tc>
          <w:tcPr>
            <w:tcW w:w="2977" w:type="dxa"/>
          </w:tcPr>
          <w:p w14:paraId="6F4D8F75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</w:tr>
      <w:tr w:rsidR="001A58B7" w:rsidRPr="00D23FB6" w14:paraId="10106E9D" w14:textId="77777777" w:rsidTr="00D011D5">
        <w:tc>
          <w:tcPr>
            <w:tcW w:w="1668" w:type="dxa"/>
          </w:tcPr>
          <w:p w14:paraId="5024D756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2026-02-04</w:t>
            </w:r>
          </w:p>
        </w:tc>
        <w:tc>
          <w:tcPr>
            <w:tcW w:w="1474" w:type="dxa"/>
          </w:tcPr>
          <w:p w14:paraId="3065CD38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II modulis</w:t>
            </w:r>
          </w:p>
        </w:tc>
        <w:tc>
          <w:tcPr>
            <w:tcW w:w="3515" w:type="dxa"/>
          </w:tcPr>
          <w:p w14:paraId="4C7EA20D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Privatumas ir skaitmeninis pėdsakas</w:t>
            </w:r>
          </w:p>
        </w:tc>
        <w:tc>
          <w:tcPr>
            <w:tcW w:w="2977" w:type="dxa"/>
          </w:tcPr>
          <w:p w14:paraId="311BBC38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</w:tr>
      <w:tr w:rsidR="001A58B7" w:rsidRPr="00D23FB6" w14:paraId="2A183906" w14:textId="77777777" w:rsidTr="00D011D5">
        <w:tc>
          <w:tcPr>
            <w:tcW w:w="1668" w:type="dxa"/>
          </w:tcPr>
          <w:p w14:paraId="61702E56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2026-02-06</w:t>
            </w:r>
          </w:p>
        </w:tc>
        <w:tc>
          <w:tcPr>
            <w:tcW w:w="1474" w:type="dxa"/>
          </w:tcPr>
          <w:p w14:paraId="27AE8704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III modulis</w:t>
            </w:r>
          </w:p>
        </w:tc>
        <w:tc>
          <w:tcPr>
            <w:tcW w:w="3515" w:type="dxa"/>
          </w:tcPr>
          <w:p w14:paraId="6D7E5BE6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Slaptažodžiai, 2FA ir įrenginių sauga</w:t>
            </w:r>
          </w:p>
        </w:tc>
        <w:tc>
          <w:tcPr>
            <w:tcW w:w="2977" w:type="dxa"/>
          </w:tcPr>
          <w:p w14:paraId="23987048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</w:tr>
      <w:tr w:rsidR="001A58B7" w:rsidRPr="00D23FB6" w14:paraId="285E2F86" w14:textId="77777777" w:rsidTr="00D011D5">
        <w:tc>
          <w:tcPr>
            <w:tcW w:w="1668" w:type="dxa"/>
          </w:tcPr>
          <w:p w14:paraId="7E505DDD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lastRenderedPageBreak/>
              <w:t>2026-02-09</w:t>
            </w:r>
          </w:p>
        </w:tc>
        <w:tc>
          <w:tcPr>
            <w:tcW w:w="1474" w:type="dxa"/>
          </w:tcPr>
          <w:p w14:paraId="6C2DDA73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IV modulis</w:t>
            </w:r>
          </w:p>
        </w:tc>
        <w:tc>
          <w:tcPr>
            <w:tcW w:w="3515" w:type="dxa"/>
          </w:tcPr>
          <w:p w14:paraId="36224EA9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Neapykantos kalba („</w:t>
            </w:r>
            <w:proofErr w:type="spellStart"/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heitai</w:t>
            </w:r>
            <w:proofErr w:type="spellEnd"/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“), patyčios ir saugus bendravimas</w:t>
            </w:r>
          </w:p>
        </w:tc>
        <w:tc>
          <w:tcPr>
            <w:tcW w:w="2977" w:type="dxa"/>
          </w:tcPr>
          <w:p w14:paraId="5D307DFD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</w:tr>
      <w:tr w:rsidR="001A58B7" w:rsidRPr="00D23FB6" w14:paraId="06B00E4C" w14:textId="77777777" w:rsidTr="00D011D5">
        <w:tc>
          <w:tcPr>
            <w:tcW w:w="1668" w:type="dxa"/>
          </w:tcPr>
          <w:p w14:paraId="4051EEA3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2026-02-11</w:t>
            </w:r>
          </w:p>
        </w:tc>
        <w:tc>
          <w:tcPr>
            <w:tcW w:w="1474" w:type="dxa"/>
          </w:tcPr>
          <w:p w14:paraId="223CBD95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V modulis</w:t>
            </w:r>
          </w:p>
        </w:tc>
        <w:tc>
          <w:tcPr>
            <w:tcW w:w="3515" w:type="dxa"/>
          </w:tcPr>
          <w:p w14:paraId="0F41B2DB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AI, „</w:t>
            </w:r>
            <w:proofErr w:type="spellStart"/>
            <w:r>
              <w:rPr>
                <w:rFonts w:ascii="Verdana" w:hAnsi="Verdana"/>
                <w:sz w:val="24"/>
                <w:szCs w:val="24"/>
                <w:lang w:val="lt-LT"/>
              </w:rPr>
              <w:t>D</w:t>
            </w: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eepfake</w:t>
            </w:r>
            <w:proofErr w:type="spellEnd"/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“ ir dezinformacija</w:t>
            </w:r>
          </w:p>
        </w:tc>
        <w:tc>
          <w:tcPr>
            <w:tcW w:w="2977" w:type="dxa"/>
          </w:tcPr>
          <w:p w14:paraId="66773819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</w:p>
        </w:tc>
      </w:tr>
      <w:tr w:rsidR="001A58B7" w:rsidRPr="0020094A" w14:paraId="4C29C2D0" w14:textId="77777777" w:rsidTr="00D011D5">
        <w:tc>
          <w:tcPr>
            <w:tcW w:w="1668" w:type="dxa"/>
          </w:tcPr>
          <w:p w14:paraId="2B212CB6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2026-02-13</w:t>
            </w:r>
          </w:p>
        </w:tc>
        <w:tc>
          <w:tcPr>
            <w:tcW w:w="1474" w:type="dxa"/>
          </w:tcPr>
          <w:p w14:paraId="32BD1750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Finalas</w:t>
            </w:r>
          </w:p>
        </w:tc>
        <w:tc>
          <w:tcPr>
            <w:tcW w:w="3515" w:type="dxa"/>
          </w:tcPr>
          <w:p w14:paraId="1B341FB2" w14:textId="77777777" w:rsidR="001A58B7" w:rsidRPr="00D23FB6" w:rsidRDefault="001A58B7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 w:rsidRPr="00D23FB6">
              <w:rPr>
                <w:rFonts w:ascii="Verdana" w:hAnsi="Verdana"/>
                <w:sz w:val="24"/>
                <w:szCs w:val="24"/>
                <w:lang w:val="lt-LT"/>
              </w:rPr>
              <w:t>Rezultatų paskelbimas, nominacijos, elektroninės padėkos</w:t>
            </w:r>
          </w:p>
        </w:tc>
        <w:tc>
          <w:tcPr>
            <w:tcW w:w="2977" w:type="dxa"/>
          </w:tcPr>
          <w:p w14:paraId="39B0BC04" w14:textId="77777777" w:rsidR="001A58B7" w:rsidRPr="0020094A" w:rsidRDefault="001F49F8" w:rsidP="00D011D5">
            <w:pPr>
              <w:rPr>
                <w:rFonts w:ascii="Verdana" w:hAnsi="Verdana"/>
                <w:sz w:val="24"/>
                <w:szCs w:val="24"/>
                <w:lang w:val="lt-LT"/>
              </w:rPr>
            </w:pPr>
            <w:r>
              <w:rPr>
                <w:rFonts w:ascii="Verdana" w:hAnsi="Verdana"/>
                <w:sz w:val="24"/>
                <w:szCs w:val="24"/>
                <w:lang w:val="lt-LT"/>
              </w:rPr>
              <w:t xml:space="preserve">Rezultatai skelbiami </w:t>
            </w:r>
            <w:hyperlink r:id="rId8" w:history="1">
              <w:r w:rsidRPr="00105520">
                <w:rPr>
                  <w:rStyle w:val="Hipersaitas"/>
                  <w:rFonts w:ascii="Verdana" w:hAnsi="Verdana"/>
                  <w:sz w:val="24"/>
                  <w:szCs w:val="24"/>
                  <w:lang w:val="lt-LT"/>
                </w:rPr>
                <w:t>https://www.e-saugumo-lyga.eu/</w:t>
              </w:r>
            </w:hyperlink>
          </w:p>
        </w:tc>
      </w:tr>
    </w:tbl>
    <w:p w14:paraId="1E842C3F" w14:textId="77777777" w:rsidR="00EA2B3D" w:rsidRDefault="00EA2B3D" w:rsidP="00EA2B3D">
      <w:pPr>
        <w:pStyle w:val="Sraopastraipa"/>
        <w:tabs>
          <w:tab w:val="left" w:pos="1276"/>
          <w:tab w:val="left" w:pos="1701"/>
        </w:tabs>
        <w:spacing w:after="0" w:line="240" w:lineRule="auto"/>
        <w:ind w:left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</w:p>
    <w:p w14:paraId="79238BD6" w14:textId="30F1A086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Diferencijavimas: kiekviena amžiaus grupė gauna tos pačios temos modulį, tačiau skirtingo sudėtingumo klausimus / situacijas, pritaikytas amžiui </w:t>
      </w:r>
      <w:r w:rsidRPr="00765B6F">
        <w:rPr>
          <w:rFonts w:ascii="Verdana" w:hAnsi="Verdana"/>
          <w:sz w:val="24"/>
          <w:szCs w:val="24"/>
          <w:lang w:val="lt-LT"/>
        </w:rPr>
        <w:t>(</w:t>
      </w:r>
      <w:r w:rsidR="00765B6F" w:rsidRPr="00765B6F">
        <w:rPr>
          <w:rFonts w:ascii="Verdana" w:hAnsi="Verdana"/>
          <w:sz w:val="24"/>
          <w:szCs w:val="24"/>
          <w:lang w:val="lt-LT"/>
        </w:rPr>
        <w:t>C</w:t>
      </w:r>
      <w:r w:rsidRPr="00765B6F">
        <w:rPr>
          <w:rFonts w:ascii="Verdana" w:hAnsi="Verdana"/>
          <w:sz w:val="24"/>
          <w:szCs w:val="24"/>
          <w:lang w:val="lt-LT"/>
        </w:rPr>
        <w:t>–D grupės).</w:t>
      </w:r>
    </w:p>
    <w:p w14:paraId="63B88E9F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Vertinimas taškais:</w:t>
      </w:r>
    </w:p>
    <w:p w14:paraId="3A444998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kiekviename modulyje skiriama iki 10 taškų už privalomą dalį;</w:t>
      </w:r>
    </w:p>
    <w:p w14:paraId="68C83245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papildomai skiriama iki 5 taškų už „BONUS“ (sunkesnę / kūrybinę / taikymo) užduotį;</w:t>
      </w:r>
    </w:p>
    <w:p w14:paraId="633D6A0A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maksimalus taškų skaičius per visą Iniciatyvą – 75 taškai (5 moduliai × (10+5)).</w:t>
      </w:r>
    </w:p>
    <w:p w14:paraId="4619EDD4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Pateikimo tvarka:</w:t>
      </w:r>
    </w:p>
    <w:p w14:paraId="6BC5C2F1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komanda atsakymus pateikia iki kiekvieno modulio termino pabaigos (terminai skelbiami kartu su užduotimis</w:t>
      </w:r>
      <w:r w:rsidR="00770128">
        <w:rPr>
          <w:rFonts w:ascii="Verdana" w:hAnsi="Verdana"/>
          <w:sz w:val="24"/>
          <w:szCs w:val="24"/>
          <w:lang w:val="lt-LT"/>
        </w:rPr>
        <w:t>, paprastai iki sekančios darbo dienos pabaigos 17.00 val.</w:t>
      </w:r>
      <w:r w:rsidRPr="00D23FB6">
        <w:rPr>
          <w:rFonts w:ascii="Verdana" w:hAnsi="Verdana"/>
          <w:sz w:val="24"/>
          <w:szCs w:val="24"/>
          <w:lang w:val="lt-LT"/>
        </w:rPr>
        <w:t>);</w:t>
      </w:r>
    </w:p>
    <w:p w14:paraId="1CD48B18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pateikiant darbus </w:t>
      </w:r>
      <w:r w:rsidR="00770128">
        <w:rPr>
          <w:rFonts w:ascii="Verdana" w:hAnsi="Verdana"/>
          <w:sz w:val="24"/>
          <w:szCs w:val="24"/>
          <w:lang w:val="lt-LT"/>
        </w:rPr>
        <w:t xml:space="preserve">būtina </w:t>
      </w:r>
      <w:r w:rsidRPr="00D23FB6">
        <w:rPr>
          <w:rFonts w:ascii="Verdana" w:hAnsi="Verdana"/>
          <w:sz w:val="24"/>
          <w:szCs w:val="24"/>
          <w:lang w:val="lt-LT"/>
        </w:rPr>
        <w:t>nurod</w:t>
      </w:r>
      <w:r w:rsidR="00770128">
        <w:rPr>
          <w:rFonts w:ascii="Verdana" w:hAnsi="Verdana"/>
          <w:sz w:val="24"/>
          <w:szCs w:val="24"/>
          <w:lang w:val="lt-LT"/>
        </w:rPr>
        <w:t xml:space="preserve">yti </w:t>
      </w:r>
      <w:r w:rsidRPr="00D23FB6">
        <w:rPr>
          <w:rFonts w:ascii="Verdana" w:hAnsi="Verdana"/>
          <w:sz w:val="24"/>
          <w:szCs w:val="24"/>
          <w:lang w:val="lt-LT"/>
        </w:rPr>
        <w:t>komandos kod</w:t>
      </w:r>
      <w:r w:rsidR="00770128">
        <w:rPr>
          <w:rFonts w:ascii="Verdana" w:hAnsi="Verdana"/>
          <w:sz w:val="24"/>
          <w:szCs w:val="24"/>
          <w:lang w:val="lt-LT"/>
        </w:rPr>
        <w:t>ą</w:t>
      </w:r>
      <w:r w:rsidRPr="00D23FB6">
        <w:rPr>
          <w:rFonts w:ascii="Verdana" w:hAnsi="Verdana"/>
          <w:sz w:val="24"/>
          <w:szCs w:val="24"/>
          <w:lang w:val="lt-LT"/>
        </w:rPr>
        <w:t>;</w:t>
      </w:r>
    </w:p>
    <w:p w14:paraId="20E8CECB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pavėluotai pateikti darbai gali būti vertinami mažesniu taškų skaičiumi arba nevertinami (</w:t>
      </w:r>
      <w:r w:rsidR="00770128">
        <w:rPr>
          <w:rFonts w:ascii="Verdana" w:hAnsi="Verdana"/>
          <w:sz w:val="24"/>
          <w:szCs w:val="24"/>
          <w:lang w:val="lt-LT"/>
        </w:rPr>
        <w:t xml:space="preserve">jei </w:t>
      </w:r>
      <w:r w:rsidRPr="00D23FB6">
        <w:rPr>
          <w:rFonts w:ascii="Verdana" w:hAnsi="Verdana"/>
          <w:sz w:val="24"/>
          <w:szCs w:val="24"/>
          <w:lang w:val="lt-LT"/>
        </w:rPr>
        <w:t>tai nurod</w:t>
      </w:r>
      <w:r w:rsidR="00770128">
        <w:rPr>
          <w:rFonts w:ascii="Verdana" w:hAnsi="Verdana"/>
          <w:sz w:val="24"/>
          <w:szCs w:val="24"/>
          <w:lang w:val="lt-LT"/>
        </w:rPr>
        <w:t>yta užduoties pateikimo metu</w:t>
      </w:r>
      <w:r w:rsidRPr="00D23FB6">
        <w:rPr>
          <w:rFonts w:ascii="Verdana" w:hAnsi="Verdana"/>
          <w:sz w:val="24"/>
          <w:szCs w:val="24"/>
          <w:lang w:val="lt-LT"/>
        </w:rPr>
        <w:t>).</w:t>
      </w:r>
    </w:p>
    <w:p w14:paraId="1E5208A1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Rezultatų skelbimas ir apdovanojimai:</w:t>
      </w:r>
    </w:p>
    <w:p w14:paraId="4C21DBE2" w14:textId="375F300A" w:rsidR="00B259B7" w:rsidRPr="007B797B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 xml:space="preserve">Organizatorius sudaro ir skelbia rezultatų </w:t>
      </w:r>
      <w:r w:rsidRPr="00765B6F">
        <w:rPr>
          <w:rFonts w:ascii="Verdana" w:hAnsi="Verdana"/>
          <w:sz w:val="24"/>
          <w:szCs w:val="24"/>
          <w:lang w:val="lt-LT"/>
        </w:rPr>
        <w:t>suvestines atskirai C, D</w:t>
      </w:r>
      <w:r w:rsidRPr="007B797B">
        <w:rPr>
          <w:rFonts w:ascii="Verdana" w:hAnsi="Verdana"/>
          <w:sz w:val="24"/>
          <w:szCs w:val="24"/>
          <w:lang w:val="lt-LT"/>
        </w:rPr>
        <w:t xml:space="preserve"> grupėms;</w:t>
      </w:r>
    </w:p>
    <w:p w14:paraId="49FD4D4F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pasibaigus Iniciatyvai paskelbiami kiekvienos grupės nugalėtojai ir nominacijos;</w:t>
      </w:r>
    </w:p>
    <w:p w14:paraId="158BB23C" w14:textId="77777777" w:rsidR="00B259B7" w:rsidRPr="00D23FB6" w:rsidRDefault="00F5440E" w:rsidP="00B536E1">
      <w:pPr>
        <w:pStyle w:val="Sraopastraipa"/>
        <w:numPr>
          <w:ilvl w:val="1"/>
          <w:numId w:val="10"/>
        </w:numPr>
        <w:tabs>
          <w:tab w:val="left" w:pos="1560"/>
          <w:tab w:val="left" w:pos="1985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visoms dalyvavusioms komandoms išduodamos elektroninės padėkos; geriausiai pasirodžiusioms komandoms – Organizatoriaus diplomai (elektroniniu formatu).</w:t>
      </w:r>
    </w:p>
    <w:p w14:paraId="2B4155CE" w14:textId="77777777" w:rsidR="0020094A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  <w:tab w:val="left" w:pos="1701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Konsultacijos ir informacija teikiama</w:t>
      </w:r>
      <w:r w:rsidR="0020094A" w:rsidRPr="00D23FB6">
        <w:rPr>
          <w:rFonts w:ascii="Verdana" w:hAnsi="Verdana"/>
          <w:sz w:val="24"/>
          <w:szCs w:val="24"/>
          <w:lang w:val="lt-LT"/>
        </w:rPr>
        <w:t xml:space="preserve"> telefonu ir el. paštu</w:t>
      </w:r>
      <w:r w:rsidRPr="00D23FB6">
        <w:rPr>
          <w:rFonts w:ascii="Verdana" w:hAnsi="Verdana"/>
          <w:sz w:val="24"/>
          <w:szCs w:val="24"/>
          <w:lang w:val="lt-LT"/>
        </w:rPr>
        <w:t xml:space="preserve">: </w:t>
      </w:r>
    </w:p>
    <w:p w14:paraId="0485878C" w14:textId="77777777" w:rsidR="00B259B7" w:rsidRPr="00770128" w:rsidRDefault="00F5440E" w:rsidP="00B536E1">
      <w:pPr>
        <w:tabs>
          <w:tab w:val="left" w:pos="1560"/>
          <w:tab w:val="left" w:pos="1985"/>
        </w:tabs>
        <w:spacing w:after="0" w:line="240" w:lineRule="auto"/>
        <w:ind w:firstLine="851"/>
        <w:jc w:val="both"/>
        <w:rPr>
          <w:rFonts w:ascii="Verdana" w:hAnsi="Verdana"/>
          <w:sz w:val="24"/>
          <w:szCs w:val="24"/>
          <w:lang w:val="lt-LT"/>
        </w:rPr>
      </w:pPr>
      <w:r w:rsidRPr="00770128">
        <w:rPr>
          <w:rFonts w:ascii="Verdana" w:hAnsi="Verdana"/>
          <w:sz w:val="24"/>
          <w:szCs w:val="24"/>
          <w:lang w:val="lt-LT"/>
        </w:rPr>
        <w:t xml:space="preserve">Rasa Edita </w:t>
      </w:r>
      <w:proofErr w:type="spellStart"/>
      <w:r w:rsidRPr="00770128">
        <w:rPr>
          <w:rFonts w:ascii="Verdana" w:hAnsi="Verdana"/>
          <w:sz w:val="24"/>
          <w:szCs w:val="24"/>
          <w:lang w:val="lt-LT"/>
        </w:rPr>
        <w:t>Kubilė</w:t>
      </w:r>
      <w:proofErr w:type="spellEnd"/>
      <w:r w:rsidR="00770128" w:rsidRPr="00770128">
        <w:rPr>
          <w:rFonts w:ascii="Verdana" w:hAnsi="Verdana"/>
          <w:sz w:val="24"/>
          <w:szCs w:val="24"/>
          <w:lang w:val="lt-LT"/>
        </w:rPr>
        <w:t xml:space="preserve"> </w:t>
      </w:r>
      <w:r w:rsidR="00770128">
        <w:rPr>
          <w:rFonts w:ascii="Verdana" w:hAnsi="Verdana"/>
          <w:sz w:val="24"/>
          <w:szCs w:val="24"/>
          <w:lang w:val="lt-LT"/>
        </w:rPr>
        <w:t>(</w:t>
      </w:r>
      <w:r w:rsidR="00770128" w:rsidRPr="00770128">
        <w:rPr>
          <w:rFonts w:ascii="Verdana" w:hAnsi="Verdana"/>
          <w:sz w:val="24"/>
          <w:szCs w:val="24"/>
          <w:lang w:val="lt-LT"/>
        </w:rPr>
        <w:t xml:space="preserve">techniniai </w:t>
      </w:r>
      <w:r w:rsidR="001A58B7" w:rsidRPr="00770128">
        <w:rPr>
          <w:rFonts w:ascii="Verdana" w:hAnsi="Verdana"/>
          <w:sz w:val="24"/>
          <w:szCs w:val="24"/>
          <w:lang w:val="lt-LT"/>
        </w:rPr>
        <w:t>klausimai</w:t>
      </w:r>
      <w:r w:rsidR="001A58B7">
        <w:rPr>
          <w:rFonts w:ascii="Verdana" w:hAnsi="Verdana"/>
          <w:sz w:val="24"/>
          <w:szCs w:val="24"/>
          <w:lang w:val="lt-LT"/>
        </w:rPr>
        <w:t xml:space="preserve"> (pvz. nepavyksta atlikti </w:t>
      </w:r>
      <w:r w:rsidR="00770128" w:rsidRPr="00770128">
        <w:rPr>
          <w:rFonts w:ascii="Verdana" w:hAnsi="Verdana"/>
          <w:sz w:val="24"/>
          <w:szCs w:val="24"/>
          <w:lang w:val="lt-LT"/>
        </w:rPr>
        <w:t>užduo</w:t>
      </w:r>
      <w:r w:rsidR="001A58B7">
        <w:rPr>
          <w:rFonts w:ascii="Verdana" w:hAnsi="Verdana"/>
          <w:sz w:val="24"/>
          <w:szCs w:val="24"/>
          <w:lang w:val="lt-LT"/>
        </w:rPr>
        <w:t>ties</w:t>
      </w:r>
      <w:r w:rsidR="00770128" w:rsidRPr="00770128">
        <w:rPr>
          <w:rFonts w:ascii="Verdana" w:hAnsi="Verdana"/>
          <w:sz w:val="24"/>
          <w:szCs w:val="24"/>
          <w:lang w:val="lt-LT"/>
        </w:rPr>
        <w:t>,</w:t>
      </w:r>
      <w:r w:rsidR="001A58B7">
        <w:rPr>
          <w:rFonts w:ascii="Verdana" w:hAnsi="Verdana"/>
          <w:sz w:val="24"/>
          <w:szCs w:val="24"/>
          <w:lang w:val="lt-LT"/>
        </w:rPr>
        <w:t xml:space="preserve"> nepavyksta pateikti</w:t>
      </w:r>
      <w:r w:rsidR="00770128" w:rsidRPr="00770128">
        <w:rPr>
          <w:rFonts w:ascii="Verdana" w:hAnsi="Verdana"/>
          <w:sz w:val="24"/>
          <w:szCs w:val="24"/>
          <w:lang w:val="lt-LT"/>
        </w:rPr>
        <w:t xml:space="preserve"> atsakymų)</w:t>
      </w:r>
      <w:r w:rsidRPr="00770128">
        <w:rPr>
          <w:rFonts w:ascii="Verdana" w:hAnsi="Verdana"/>
          <w:sz w:val="24"/>
          <w:szCs w:val="24"/>
          <w:lang w:val="lt-LT"/>
        </w:rPr>
        <w:t xml:space="preserve">, tel. </w:t>
      </w:r>
      <w:r w:rsidR="008D5753" w:rsidRPr="00770128">
        <w:rPr>
          <w:rFonts w:ascii="Verdana" w:hAnsi="Verdana"/>
          <w:sz w:val="24"/>
          <w:szCs w:val="24"/>
          <w:lang w:val="lt-LT"/>
        </w:rPr>
        <w:t>+370 602 33 547</w:t>
      </w:r>
      <w:r w:rsidRPr="00770128">
        <w:rPr>
          <w:rFonts w:ascii="Verdana" w:hAnsi="Verdana"/>
          <w:sz w:val="24"/>
          <w:szCs w:val="24"/>
          <w:lang w:val="lt-LT"/>
        </w:rPr>
        <w:t>, el. p</w:t>
      </w:r>
      <w:r w:rsidR="0020094A" w:rsidRPr="00770128">
        <w:rPr>
          <w:rFonts w:ascii="Verdana" w:hAnsi="Verdana"/>
          <w:sz w:val="24"/>
          <w:szCs w:val="24"/>
          <w:lang w:val="lt-LT"/>
        </w:rPr>
        <w:t>.</w:t>
      </w:r>
      <w:r w:rsidRPr="00770128">
        <w:rPr>
          <w:rFonts w:ascii="Verdana" w:hAnsi="Verdana"/>
          <w:sz w:val="24"/>
          <w:szCs w:val="24"/>
          <w:lang w:val="lt-LT"/>
        </w:rPr>
        <w:t xml:space="preserve"> </w:t>
      </w:r>
      <w:hyperlink r:id="rId9" w:history="1">
        <w:r w:rsidR="001A58B7" w:rsidRPr="00691AED">
          <w:rPr>
            <w:rStyle w:val="Hipersaitas"/>
            <w:rFonts w:ascii="Verdana" w:hAnsi="Verdana"/>
            <w:sz w:val="24"/>
            <w:szCs w:val="24"/>
            <w:lang w:val="lt-LT"/>
          </w:rPr>
          <w:t>rasa.kubile@suduvosgimnazija.lt</w:t>
        </w:r>
      </w:hyperlink>
      <w:r w:rsidR="00770128" w:rsidRPr="00770128">
        <w:rPr>
          <w:rFonts w:ascii="Verdana" w:hAnsi="Verdana"/>
          <w:sz w:val="24"/>
          <w:szCs w:val="24"/>
          <w:lang w:val="lt-LT"/>
        </w:rPr>
        <w:t>;</w:t>
      </w:r>
    </w:p>
    <w:p w14:paraId="11ADB2D2" w14:textId="77777777" w:rsidR="00770128" w:rsidRPr="00D23FB6" w:rsidRDefault="00770128" w:rsidP="00D011D5">
      <w:pPr>
        <w:tabs>
          <w:tab w:val="left" w:pos="1985"/>
        </w:tabs>
        <w:spacing w:after="0" w:line="240" w:lineRule="auto"/>
        <w:ind w:firstLine="851"/>
        <w:jc w:val="both"/>
        <w:rPr>
          <w:rFonts w:ascii="Verdana" w:hAnsi="Verdana"/>
          <w:sz w:val="24"/>
          <w:szCs w:val="24"/>
          <w:lang w:val="lt-LT"/>
        </w:rPr>
      </w:pPr>
      <w:r>
        <w:rPr>
          <w:rFonts w:ascii="Verdana" w:hAnsi="Verdana"/>
          <w:sz w:val="24"/>
          <w:szCs w:val="24"/>
          <w:lang w:val="lt-LT"/>
        </w:rPr>
        <w:t xml:space="preserve">Loreta </w:t>
      </w:r>
      <w:proofErr w:type="spellStart"/>
      <w:r>
        <w:rPr>
          <w:rFonts w:ascii="Verdana" w:hAnsi="Verdana"/>
          <w:sz w:val="24"/>
          <w:szCs w:val="24"/>
          <w:lang w:val="lt-LT"/>
        </w:rPr>
        <w:t>Papečkienė</w:t>
      </w:r>
      <w:proofErr w:type="spellEnd"/>
      <w:r>
        <w:rPr>
          <w:rFonts w:ascii="Verdana" w:hAnsi="Verdana"/>
          <w:sz w:val="24"/>
          <w:szCs w:val="24"/>
          <w:lang w:val="lt-LT"/>
        </w:rPr>
        <w:t xml:space="preserve"> (registracijos / komunikacijos </w:t>
      </w:r>
      <w:r w:rsidR="001A58B7">
        <w:rPr>
          <w:rFonts w:ascii="Verdana" w:hAnsi="Verdana"/>
          <w:sz w:val="24"/>
          <w:szCs w:val="24"/>
          <w:lang w:val="lt-LT"/>
        </w:rPr>
        <w:t>klausimai</w:t>
      </w:r>
      <w:r>
        <w:rPr>
          <w:rFonts w:ascii="Verdana" w:hAnsi="Verdana"/>
          <w:sz w:val="24"/>
          <w:szCs w:val="24"/>
          <w:lang w:val="lt-LT"/>
        </w:rPr>
        <w:t xml:space="preserve"> (pvz. nepavyksta užsiregistruoti, negavome komandos kodo iki Iniciatyvos pradžios, negavome užduoties)), tel. +370</w:t>
      </w:r>
      <w:r w:rsidR="001A58B7">
        <w:rPr>
          <w:rFonts w:ascii="Verdana" w:hAnsi="Verdana"/>
          <w:sz w:val="24"/>
          <w:szCs w:val="24"/>
          <w:lang w:val="lt-LT"/>
        </w:rPr>
        <w:t> 612 80 040</w:t>
      </w:r>
      <w:r>
        <w:rPr>
          <w:rFonts w:ascii="Verdana" w:hAnsi="Verdana"/>
          <w:sz w:val="24"/>
          <w:szCs w:val="24"/>
          <w:lang w:val="lt-LT"/>
        </w:rPr>
        <w:t xml:space="preserve">, el. p. </w:t>
      </w:r>
      <w:hyperlink r:id="rId10" w:history="1">
        <w:r w:rsidR="00605E44" w:rsidRPr="00105520">
          <w:rPr>
            <w:rStyle w:val="Hipersaitas"/>
            <w:rFonts w:ascii="Verdana" w:hAnsi="Verdana"/>
            <w:sz w:val="24"/>
            <w:szCs w:val="24"/>
            <w:lang w:val="lt-LT"/>
          </w:rPr>
          <w:t>loreta.papeckiene@suduvosgimnazija.lt</w:t>
        </w:r>
      </w:hyperlink>
      <w:r>
        <w:rPr>
          <w:rFonts w:ascii="Verdana" w:hAnsi="Verdana"/>
          <w:sz w:val="24"/>
          <w:szCs w:val="24"/>
          <w:lang w:val="lt-LT"/>
        </w:rPr>
        <w:t>.</w:t>
      </w:r>
      <w:r w:rsidR="001A58B7">
        <w:rPr>
          <w:rFonts w:ascii="Verdana" w:hAnsi="Verdana"/>
          <w:sz w:val="24"/>
          <w:szCs w:val="24"/>
          <w:lang w:val="lt-LT"/>
        </w:rPr>
        <w:t xml:space="preserve"> </w:t>
      </w:r>
    </w:p>
    <w:p w14:paraId="4308CBBD" w14:textId="77777777" w:rsidR="00EA2B3D" w:rsidRDefault="00EA2B3D" w:rsidP="00EA2B3D">
      <w:pPr>
        <w:pStyle w:val="Antrat2"/>
        <w:spacing w:before="0" w:after="0"/>
        <w:ind w:firstLine="851"/>
      </w:pPr>
    </w:p>
    <w:p w14:paraId="1EC267C8" w14:textId="076B8638" w:rsidR="00EA2B3D" w:rsidRDefault="00F5440E" w:rsidP="00EA2B3D">
      <w:pPr>
        <w:pStyle w:val="Antrat2"/>
        <w:spacing w:before="0" w:after="0"/>
        <w:ind w:firstLine="851"/>
      </w:pPr>
      <w:r w:rsidRPr="00D23FB6">
        <w:t xml:space="preserve">V SKYRIUS. </w:t>
      </w:r>
    </w:p>
    <w:p w14:paraId="4FB1D52A" w14:textId="437CF0BF" w:rsidR="00B259B7" w:rsidRDefault="00F5440E" w:rsidP="00EA2B3D">
      <w:pPr>
        <w:pStyle w:val="Antrat2"/>
        <w:spacing w:before="0" w:after="0"/>
        <w:ind w:firstLine="851"/>
      </w:pPr>
      <w:r w:rsidRPr="00D23FB6">
        <w:t>BAIGIAMOSIOS NUOSTATOS</w:t>
      </w:r>
    </w:p>
    <w:p w14:paraId="2B2C961F" w14:textId="77777777" w:rsidR="00EA2B3D" w:rsidRPr="00EA2B3D" w:rsidRDefault="00EA2B3D" w:rsidP="00EA2B3D">
      <w:pPr>
        <w:spacing w:after="0"/>
        <w:rPr>
          <w:lang w:val="lt-LT"/>
        </w:rPr>
      </w:pPr>
    </w:p>
    <w:p w14:paraId="744B92E8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Pasibaigus Iniciatyvai, Organizatorius gali parengti skaitmeninį Iniciatyvos rezultatų rinkinį (pvz., geriausių darbų galeriją) ir paskelbti jį nekomerciniais švietimo tikslais, nepažeidžiant asmens duomenų apsaugos reikalavimų.</w:t>
      </w:r>
    </w:p>
    <w:p w14:paraId="124FC8A4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Dalyviai, pateikdami kūrybinius darbus, sutinka, kad Organizatorius turi teisę publikuoti darbus (ar jų ištraukas) Iniciatyvos viešinimo ir gerosios patirties sklaidos tikslais, nenurodant mokinių asmens duomenų.</w:t>
      </w:r>
    </w:p>
    <w:p w14:paraId="19D106E2" w14:textId="77777777" w:rsidR="00B259B7" w:rsidRPr="00D23FB6" w:rsidRDefault="00F5440E" w:rsidP="00B536E1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lastRenderedPageBreak/>
        <w:t>Organizatorius neatsako už internetinio ryšio ar platformų veikimo sutrikimus dalyvių pusėje, tačiau, atsiradus techniniams nesklandumams, deda pastangas kuo greičiau juos spręsti Organizatoriaus valdomoje aplinkoje.</w:t>
      </w:r>
    </w:p>
    <w:p w14:paraId="5E39D80E" w14:textId="27B4B075" w:rsidR="0020094A" w:rsidRPr="00EA2B3D" w:rsidRDefault="00F5440E" w:rsidP="00EA2B3D">
      <w:pPr>
        <w:pStyle w:val="Sraopastraip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contextualSpacing w:val="0"/>
        <w:jc w:val="both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Nuostatai gali būti tikslinami Organizatoriaus sprendimu, apie tai informuojant dalyvius virtualioje aplinkoje.</w:t>
      </w:r>
    </w:p>
    <w:p w14:paraId="6C22678D" w14:textId="77777777" w:rsidR="0020094A" w:rsidRPr="00D23FB6" w:rsidRDefault="0020094A" w:rsidP="00605E44">
      <w:pPr>
        <w:tabs>
          <w:tab w:val="left" w:pos="6312"/>
        </w:tabs>
        <w:spacing w:after="0" w:line="240" w:lineRule="auto"/>
        <w:jc w:val="center"/>
        <w:rPr>
          <w:rFonts w:ascii="Verdana" w:hAnsi="Verdana"/>
          <w:sz w:val="24"/>
          <w:szCs w:val="24"/>
          <w:lang w:val="lt-LT"/>
        </w:rPr>
      </w:pPr>
      <w:r w:rsidRPr="00D23FB6">
        <w:rPr>
          <w:rFonts w:ascii="Verdana" w:hAnsi="Verdana"/>
          <w:sz w:val="24"/>
          <w:szCs w:val="24"/>
          <w:lang w:val="lt-LT"/>
        </w:rPr>
        <w:t>___________________________</w:t>
      </w:r>
    </w:p>
    <w:sectPr w:rsidR="0020094A" w:rsidRPr="00D23FB6" w:rsidSect="00D011D5">
      <w:pgSz w:w="11906" w:h="16838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FE3B24"/>
    <w:multiLevelType w:val="hybridMultilevel"/>
    <w:tmpl w:val="8CB8D3BA"/>
    <w:lvl w:ilvl="0" w:tplc="FCD07F14">
      <w:numFmt w:val="bullet"/>
      <w:lvlText w:val="-"/>
      <w:lvlJc w:val="left"/>
      <w:pPr>
        <w:ind w:left="1636" w:hanging="360"/>
      </w:pPr>
      <w:rPr>
        <w:rFonts w:ascii="Verdana" w:eastAsiaTheme="minorEastAsia" w:hAnsi="Verdana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07A9182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9946C6"/>
    <w:multiLevelType w:val="multilevel"/>
    <w:tmpl w:val="D2709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603CDA"/>
    <w:multiLevelType w:val="hybridMultilevel"/>
    <w:tmpl w:val="5644D1C6"/>
    <w:lvl w:ilvl="0" w:tplc="A1A253E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4A030F06"/>
    <w:multiLevelType w:val="hybridMultilevel"/>
    <w:tmpl w:val="3F806A24"/>
    <w:lvl w:ilvl="0" w:tplc="A1A253E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DA44A43"/>
    <w:multiLevelType w:val="multilevel"/>
    <w:tmpl w:val="BF84B97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2BD"/>
    <w:rsid w:val="0015074B"/>
    <w:rsid w:val="001A58B7"/>
    <w:rsid w:val="001F49F8"/>
    <w:rsid w:val="0020094A"/>
    <w:rsid w:val="0029639D"/>
    <w:rsid w:val="00326F90"/>
    <w:rsid w:val="003E4F0E"/>
    <w:rsid w:val="00442DA9"/>
    <w:rsid w:val="0057407E"/>
    <w:rsid w:val="00605E44"/>
    <w:rsid w:val="00626D89"/>
    <w:rsid w:val="00765546"/>
    <w:rsid w:val="00765B6F"/>
    <w:rsid w:val="00770128"/>
    <w:rsid w:val="007B797B"/>
    <w:rsid w:val="008D5753"/>
    <w:rsid w:val="008F7464"/>
    <w:rsid w:val="00AA1D8D"/>
    <w:rsid w:val="00B259B7"/>
    <w:rsid w:val="00B47730"/>
    <w:rsid w:val="00B536E1"/>
    <w:rsid w:val="00C63F6E"/>
    <w:rsid w:val="00CB0664"/>
    <w:rsid w:val="00CD4F2E"/>
    <w:rsid w:val="00D011D5"/>
    <w:rsid w:val="00D23FB6"/>
    <w:rsid w:val="00DE4D7E"/>
    <w:rsid w:val="00EA2B3D"/>
    <w:rsid w:val="00F544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6845D"/>
  <w14:defaultImageDpi w14:val="300"/>
  <w15:docId w15:val="{6C0DA407-458E-4CE4-99E6-637A791B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C693F"/>
    <w:rPr>
      <w:rFonts w:ascii="Calibri" w:hAnsi="Calibr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0094A"/>
    <w:pPr>
      <w:spacing w:before="120" w:after="240" w:line="240" w:lineRule="auto"/>
      <w:ind w:firstLine="1276"/>
      <w:jc w:val="center"/>
      <w:outlineLvl w:val="1"/>
    </w:pPr>
    <w:rPr>
      <w:rFonts w:ascii="Verdana" w:hAnsi="Verdana"/>
      <w:b/>
      <w:sz w:val="24"/>
      <w:szCs w:val="24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0094A"/>
    <w:rPr>
      <w:rFonts w:ascii="Verdana" w:hAnsi="Verdana"/>
      <w:b/>
      <w:sz w:val="24"/>
      <w:szCs w:val="24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4F0E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8F7464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F746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F49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augumo-lyga.e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-saugumo-lyga.e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VvtbjHBbS5KEx4Gq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oreta.papeckiene@suduvosgimnazija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sa.kubile@suduvosgimnazij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3F0CDD-50D3-4ED6-99F3-365915F6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4</Pages>
  <Words>4763</Words>
  <Characters>2715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Gerda Gužytė</cp:lastModifiedBy>
  <cp:revision>14</cp:revision>
  <cp:lastPrinted>2026-01-05T09:39:00Z</cp:lastPrinted>
  <dcterms:created xsi:type="dcterms:W3CDTF">2026-01-05T09:33:00Z</dcterms:created>
  <dcterms:modified xsi:type="dcterms:W3CDTF">2026-01-15T09:24:00Z</dcterms:modified>
  <cp:category/>
</cp:coreProperties>
</file>